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C40AD" w14:textId="77777777" w:rsidR="005A11A0" w:rsidRPr="001945A2" w:rsidRDefault="005A11A0" w:rsidP="005A11A0">
      <w:pPr>
        <w:pStyle w:val="BodyText"/>
        <w:rPr>
          <w:rFonts w:ascii="Arial Unicode MS" w:eastAsia="Arial Unicode MS" w:hAnsi="Arial Unicode MS" w:cs="Arial Unicode MS"/>
        </w:rPr>
      </w:pPr>
      <w:r>
        <w:rPr>
          <w:noProof/>
        </w:rPr>
        <mc:AlternateContent>
          <mc:Choice Requires="wps">
            <w:drawing>
              <wp:anchor distT="0" distB="0" distL="114300" distR="114300" simplePos="0" relativeHeight="251658240" behindDoc="0" locked="0" layoutInCell="1" allowOverlap="1" wp14:anchorId="5D1F3838" wp14:editId="47B71568">
                <wp:simplePos x="0" y="0"/>
                <wp:positionH relativeFrom="column">
                  <wp:posOffset>4067175</wp:posOffset>
                </wp:positionH>
                <wp:positionV relativeFrom="paragraph">
                  <wp:posOffset>-965200</wp:posOffset>
                </wp:positionV>
                <wp:extent cx="2971165" cy="10765790"/>
                <wp:effectExtent l="0" t="0" r="635" b="0"/>
                <wp:wrapNone/>
                <wp:docPr id="102647358" name="Rektangel 460"/>
                <wp:cNvGraphicFramePr/>
                <a:graphic xmlns:a="http://schemas.openxmlformats.org/drawingml/2006/main">
                  <a:graphicData uri="http://schemas.microsoft.com/office/word/2010/wordprocessingShape">
                    <wps:wsp>
                      <wps:cNvSpPr/>
                      <wps:spPr>
                        <a:xfrm>
                          <a:off x="0" y="0"/>
                          <a:ext cx="2971165" cy="10765790"/>
                        </a:xfrm>
                        <a:prstGeom prst="rect">
                          <a:avLst/>
                        </a:prstGeom>
                        <a:solidFill>
                          <a:srgbClr val="4495D1"/>
                        </a:solidFill>
                        <a:ln w="12700" cap="flat">
                          <a:noFill/>
                          <a:miter lim="400000"/>
                        </a:ln>
                        <a:effectLst/>
                      </wps:spPr>
                      <wps:bodyPr/>
                    </wps:wsp>
                  </a:graphicData>
                </a:graphic>
              </wp:anchor>
            </w:drawing>
          </mc:Choice>
          <mc:Fallback>
            <w:pict>
              <v:rect w14:anchorId="18D5DBC1" id="Rektangel 460" o:spid="_x0000_s1026" style="position:absolute;margin-left:320.25pt;margin-top:-76pt;width:233.95pt;height:847.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" fillcolor="#4495d1" stroked="f" strokeweight="1pt">
                <v:stroke miterlimit="4"/>
              </v:rect>
            </w:pict>
          </mc:Fallback>
        </mc:AlternateContent>
      </w:r>
    </w:p>
    <w:p w14:paraId="3BB9D7DB" w14:textId="77777777" w:rsidR="0089669F" w:rsidRDefault="0089669F">
      <w:pPr>
        <w:rPr>
          <w:lang w:val="da-DK"/>
        </w:rPr>
      </w:pPr>
    </w:p>
    <w:p w14:paraId="639AD070" w14:textId="77777777" w:rsidR="0089669F" w:rsidRDefault="0089669F">
      <w:pPr>
        <w:rPr>
          <w:lang w:val="da-DK"/>
        </w:rPr>
      </w:pPr>
    </w:p>
    <w:p w14:paraId="453B3766" w14:textId="77777777" w:rsidR="0089669F" w:rsidRDefault="0089669F">
      <w:pPr>
        <w:rPr>
          <w:lang w:val="da-DK"/>
        </w:rPr>
      </w:pPr>
    </w:p>
    <w:p w14:paraId="0BC90E50" w14:textId="77777777" w:rsidR="0089669F" w:rsidRDefault="0089669F">
      <w:pPr>
        <w:rPr>
          <w:lang w:val="da-DK"/>
        </w:rPr>
      </w:pPr>
    </w:p>
    <w:p w14:paraId="3B36C6C3" w14:textId="77777777" w:rsidR="0089669F" w:rsidRDefault="005A11A0">
      <w:pPr>
        <w:rPr>
          <w:lang w:val="da-DK"/>
        </w:rPr>
      </w:pPr>
      <w:r w:rsidRPr="001945A2">
        <w:rPr>
          <w:noProof/>
        </w:rPr>
        <mc:AlternateContent>
          <mc:Choice Requires="wps">
            <w:drawing>
              <wp:anchor distT="0" distB="0" distL="0" distR="0" simplePos="0" relativeHeight="251658242" behindDoc="0" locked="0" layoutInCell="1" allowOverlap="1" wp14:anchorId="23DDBF52" wp14:editId="7DFC8BF1">
                <wp:simplePos x="0" y="0"/>
                <wp:positionH relativeFrom="page">
                  <wp:align>left</wp:align>
                </wp:positionH>
                <wp:positionV relativeFrom="page">
                  <wp:posOffset>2762885</wp:posOffset>
                </wp:positionV>
                <wp:extent cx="6970394" cy="685800"/>
                <wp:effectExtent l="0" t="0" r="21590" b="19050"/>
                <wp:wrapNone/>
                <wp:docPr id="1073741840" name="Rectangle 1073741840" descr="Rektangel 16"/>
                <wp:cNvGraphicFramePr/>
                <a:graphic xmlns:a="http://schemas.openxmlformats.org/drawingml/2006/main">
                  <a:graphicData uri="http://schemas.microsoft.com/office/word/2010/wordprocessingShape">
                    <wps:wsp>
                      <wps:cNvSpPr/>
                      <wps:spPr>
                        <a:xfrm>
                          <a:off x="0" y="0"/>
                          <a:ext cx="6970394" cy="685800"/>
                        </a:xfrm>
                        <a:prstGeom prst="rect">
                          <a:avLst/>
                        </a:prstGeom>
                        <a:solidFill>
                          <a:srgbClr val="000000"/>
                        </a:solidFill>
                        <a:ln w="19050" cap="flat">
                          <a:solidFill>
                            <a:srgbClr val="000000"/>
                          </a:solidFill>
                          <a:prstDash val="solid"/>
                          <a:miter lim="800000"/>
                        </a:ln>
                        <a:effectLst/>
                      </wps:spPr>
                      <wps:txbx>
                        <w:txbxContent>
                          <w:p w14:paraId="3EE365AD" w14:textId="77777777" w:rsidR="005A11A0" w:rsidRPr="005A11A0" w:rsidRDefault="005A11A0" w:rsidP="005A11A0">
                            <w:pPr>
                              <w:pStyle w:val="NoSpacing"/>
                              <w:jc w:val="right"/>
                              <w:rPr>
                                <w:rFonts w:asciiTheme="majorHAnsi" w:hAnsiTheme="majorHAnsi" w:cstheme="majorHAnsi"/>
                                <w:lang w:val="da-DK"/>
                              </w:rPr>
                            </w:pPr>
                            <w:r w:rsidRPr="005A11A0">
                              <w:rPr>
                                <w:rFonts w:asciiTheme="majorHAnsi" w:hAnsiTheme="majorHAnsi" w:cstheme="majorHAnsi"/>
                                <w:color w:val="FFFFFF"/>
                                <w:sz w:val="72"/>
                                <w:szCs w:val="72"/>
                                <w:u w:color="FFFFFF"/>
                                <w:lang w:val="da-DK"/>
                              </w:rPr>
                              <w:t>Anmodning om Partnerskab</w:t>
                            </w:r>
                          </w:p>
                        </w:txbxContent>
                      </wps:txbx>
                      <wps:bodyPr wrap="square" lIns="45719" tIns="45719" rIns="45719" bIns="45719" numCol="1" anchor="ctr">
                        <a:noAutofit/>
                      </wps:bodyPr>
                    </wps:wsp>
                  </a:graphicData>
                </a:graphic>
              </wp:anchor>
            </w:drawing>
          </mc:Choice>
          <mc:Fallback>
            <w:pict>
              <v:rect w14:anchorId="23DDBF52" id="Rectangle 1073741840" o:spid="_x0000_s1026" alt="Rektangel 16" style="position:absolute;margin-left:0;margin-top:217.55pt;width:548.85pt;height:54pt;z-index:251658242;visibility:visible;mso-wrap-style:square;mso-wrap-distance-left:0;mso-wrap-distance-top:0;mso-wrap-distance-right:0;mso-wrap-distance-bottom:0;mso-position-horizontal:left;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" fillcolor="black" strokeweight="1.5pt">
                <v:textbox inset="1.27mm,1.27mm,1.27mm,1.27mm">
                  <w:txbxContent>
                    <w:p w14:paraId="0070FC47" w14:textId="3E4E4A2E" w:rsidR="005A11A0" w:rsidRPr="005A11A0" w:rsidRDefault="005A11A0" w:rsidP="005A11A0">
                      <w:pPr>
                        <w:pStyle w:val="Ingenafstand"/>
                        <w:jc w:val="right"/>
                        <w:rPr>
                          <w:rFonts w:asciiTheme="majorHAnsi" w:hAnsiTheme="majorHAnsi" w:cstheme="majorHAnsi"/>
                          <w:lang w:val="da-DK"/>
                        </w:rPr>
                      </w:pPr>
                      <w:r w:rsidRPr="005A11A0">
                        <w:rPr>
                          <w:rFonts w:asciiTheme="majorHAnsi" w:hAnsiTheme="majorHAnsi" w:cstheme="majorHAnsi"/>
                          <w:color w:val="FFFFFF"/>
                          <w:sz w:val="72"/>
                          <w:szCs w:val="72"/>
                          <w:u w:color="FFFFFF"/>
                          <w:lang w:val="da-DK"/>
                        </w:rPr>
                        <w:t>Anmodning om Partnerskab</w:t>
                      </w:r>
                    </w:p>
                  </w:txbxContent>
                </v:textbox>
                <w10:wrap anchorx="page" anchory="page"/>
              </v:rect>
            </w:pict>
          </mc:Fallback>
        </mc:AlternateContent>
      </w:r>
    </w:p>
    <w:p w14:paraId="3F740D6B" w14:textId="77777777" w:rsidR="005A11A0" w:rsidRDefault="005A11A0" w:rsidP="005A11A0">
      <w:pPr>
        <w:pStyle w:val="NoSpacing"/>
        <w:rPr>
          <w:lang w:val="da-DK"/>
        </w:rPr>
      </w:pPr>
    </w:p>
    <w:p w14:paraId="62338EE5" w14:textId="6008FD3C" w:rsidR="005A11A0" w:rsidRDefault="00752639">
      <w:pPr>
        <w:rPr>
          <w:lang w:val="da-DK"/>
        </w:rPr>
      </w:pPr>
      <w:r w:rsidRPr="001945A2">
        <w:rPr>
          <w:noProof/>
        </w:rPr>
        <mc:AlternateContent>
          <mc:Choice Requires="wpg">
            <w:drawing>
              <wp:anchor distT="0" distB="0" distL="0" distR="0" simplePos="0" relativeHeight="251658243" behindDoc="0" locked="0" layoutInCell="1" allowOverlap="1" wp14:anchorId="28DF825D" wp14:editId="01E9463A">
                <wp:simplePos x="0" y="0"/>
                <wp:positionH relativeFrom="page">
                  <wp:posOffset>417672</wp:posOffset>
                </wp:positionH>
                <wp:positionV relativeFrom="page">
                  <wp:posOffset>8869178</wp:posOffset>
                </wp:positionV>
                <wp:extent cx="4371975" cy="835025"/>
                <wp:effectExtent l="0" t="0" r="28575" b="22225"/>
                <wp:wrapNone/>
                <wp:docPr id="1073741834" name="Group 1073741834" descr="Gruppe 28"/>
                <wp:cNvGraphicFramePr/>
                <a:graphic xmlns:a="http://schemas.openxmlformats.org/drawingml/2006/main">
                  <a:graphicData uri="http://schemas.microsoft.com/office/word/2010/wordprocessingGroup">
                    <wpg:wgp>
                      <wpg:cNvGrpSpPr/>
                      <wpg:grpSpPr>
                        <a:xfrm>
                          <a:off x="0" y="0"/>
                          <a:ext cx="4371975" cy="835025"/>
                          <a:chOff x="0" y="0"/>
                          <a:chExt cx="4372304" cy="835561"/>
                        </a:xfrm>
                      </wpg:grpSpPr>
                      <wps:wsp>
                        <wps:cNvPr id="1073741830" name="Tekstfelt 14"/>
                        <wps:cNvSpPr/>
                        <wps:spPr>
                          <a:xfrm>
                            <a:off x="589519" y="770247"/>
                            <a:ext cx="3782786" cy="65315"/>
                          </a:xfrm>
                          <a:prstGeom prst="rect">
                            <a:avLst/>
                          </a:prstGeom>
                          <a:solidFill>
                            <a:srgbClr val="4495D1"/>
                          </a:solidFill>
                          <a:ln w="6350" cap="flat">
                            <a:solidFill>
                              <a:srgbClr val="4495D1"/>
                            </a:solidFill>
                            <a:prstDash val="solid"/>
                            <a:round/>
                          </a:ln>
                          <a:effectLst/>
                        </wps:spPr>
                        <wps:bodyPr/>
                      </wps:wsp>
                      <wps:wsp>
                        <wps:cNvPr id="1073741831" name="Tekstfelt 15"/>
                        <wps:cNvSpPr/>
                        <wps:spPr>
                          <a:xfrm>
                            <a:off x="-1" y="0"/>
                            <a:ext cx="125096" cy="832484"/>
                          </a:xfrm>
                          <a:prstGeom prst="rect">
                            <a:avLst/>
                          </a:prstGeom>
                          <a:solidFill>
                            <a:srgbClr val="4495D1"/>
                          </a:solidFill>
                          <a:ln w="6350" cap="flat">
                            <a:solidFill>
                              <a:srgbClr val="4495D1"/>
                            </a:solidFill>
                            <a:prstDash val="solid"/>
                            <a:round/>
                          </a:ln>
                          <a:effectLst/>
                        </wps:spPr>
                        <wps:bodyPr/>
                      </wps:wsp>
                      <wps:wsp>
                        <wps:cNvPr id="1073741832" name="Tekstfelt 24"/>
                        <wps:cNvSpPr/>
                        <wps:spPr>
                          <a:xfrm>
                            <a:off x="292607" y="0"/>
                            <a:ext cx="125096" cy="832484"/>
                          </a:xfrm>
                          <a:prstGeom prst="rect">
                            <a:avLst/>
                          </a:prstGeom>
                          <a:solidFill>
                            <a:srgbClr val="4495D1"/>
                          </a:solidFill>
                          <a:ln w="6350" cap="flat">
                            <a:solidFill>
                              <a:srgbClr val="4495D1"/>
                            </a:solidFill>
                            <a:prstDash val="solid"/>
                            <a:round/>
                          </a:ln>
                          <a:effectLst/>
                        </wps:spPr>
                        <wps:bodyPr/>
                      </wps:wsp>
                      <wps:wsp>
                        <wps:cNvPr id="1073741833" name="Tekstfelt 25"/>
                        <wps:cNvSpPr/>
                        <wps:spPr>
                          <a:xfrm>
                            <a:off x="589518" y="0"/>
                            <a:ext cx="125097" cy="832484"/>
                          </a:xfrm>
                          <a:prstGeom prst="rect">
                            <a:avLst/>
                          </a:prstGeom>
                          <a:solidFill>
                            <a:srgbClr val="4495D1"/>
                          </a:solidFill>
                          <a:ln w="6350" cap="flat">
                            <a:solidFill>
                              <a:srgbClr val="4495D1"/>
                            </a:solidFill>
                            <a:prstDash val="solid"/>
                            <a:round/>
                          </a:ln>
                          <a:effectLst/>
                        </wps:spPr>
                        <wps:bodyPr/>
                      </wps:wsp>
                    </wpg:wgp>
                  </a:graphicData>
                </a:graphic>
              </wp:anchor>
            </w:drawing>
          </mc:Choice>
          <mc:Fallback>
            <w:pict>
              <v:group w14:anchorId="7E4C0161" id="Group 1073741834" o:spid="_x0000_s1026" alt="Gruppe 28" style="position:absolute;margin-left:32.9pt;margin-top:698.35pt;width:344.25pt;height:65.75pt;z-index:251658243;mso-wrap-distance-left:0;mso-wrap-distance-right:0;mso-position-horizontal-relative:page;mso-position-vertical-relative:page" coordsize="43723,8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">
                <v:rect id="Tekstfelt 14" o:spid="_x0000_s1027" style="position:absolute;left:5895;top:7702;width:37828;height: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" fillcolor="#4495d1" strokecolor="#4495d1" strokeweight=".5pt">
                  <v:stroke joinstyle="round"/>
                </v:rect>
                <v:rect id="Tekstfelt 15" o:spid="_x0000_s1028" style="position:absolute;width:1250;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" fillcolor="#4495d1" strokecolor="#4495d1" strokeweight=".5pt">
                  <v:stroke joinstyle="round"/>
                </v:rect>
                <v:rect id="Tekstfelt 24" o:spid="_x0000_s1029" style="position:absolute;left:2926;width:1251;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" fillcolor="#4495d1" strokecolor="#4495d1" strokeweight=".5pt">
                  <v:stroke joinstyle="round"/>
                </v:rect>
                <v:rect id="Tekstfelt 25" o:spid="_x0000_s1030" style="position:absolute;left:5895;width:1251;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" fillcolor="#4495d1" strokecolor="#4495d1" strokeweight=".5pt">
                  <v:stroke joinstyle="round"/>
                </v:rect>
                <w10:wrap anchorx="page" anchory="page"/>
              </v:group>
            </w:pict>
          </mc:Fallback>
        </mc:AlternateContent>
      </w:r>
      <w:r w:rsidRPr="001945A2">
        <w:rPr>
          <w:noProof/>
        </w:rPr>
        <mc:AlternateContent>
          <mc:Choice Requires="wps">
            <w:drawing>
              <wp:anchor distT="0" distB="0" distL="0" distR="0" simplePos="0" relativeHeight="251658241" behindDoc="0" locked="0" layoutInCell="1" allowOverlap="1" wp14:anchorId="383AB1D5" wp14:editId="32881614">
                <wp:simplePos x="0" y="0"/>
                <wp:positionH relativeFrom="margin">
                  <wp:posOffset>4362450</wp:posOffset>
                </wp:positionH>
                <wp:positionV relativeFrom="margin">
                  <wp:posOffset>6016625</wp:posOffset>
                </wp:positionV>
                <wp:extent cx="2388870" cy="2914650"/>
                <wp:effectExtent l="0" t="0" r="0" b="0"/>
                <wp:wrapNone/>
                <wp:docPr id="1073741839" name="Text Box 1073741839" descr="Tekstfelt 19"/>
                <wp:cNvGraphicFramePr/>
                <a:graphic xmlns:a="http://schemas.openxmlformats.org/drawingml/2006/main">
                  <a:graphicData uri="http://schemas.microsoft.com/office/word/2010/wordprocessingShape">
                    <wps:wsp>
                      <wps:cNvSpPr txBox="1"/>
                      <wps:spPr>
                        <a:xfrm>
                          <a:off x="0" y="0"/>
                          <a:ext cx="2388870" cy="2914650"/>
                        </a:xfrm>
                        <a:prstGeom prst="rect">
                          <a:avLst/>
                        </a:prstGeom>
                        <a:noFill/>
                        <a:ln w="6350" cap="flat">
                          <a:noFill/>
                          <a:prstDash val="solid"/>
                          <a:round/>
                        </a:ln>
                        <a:effectLst/>
                      </wps:spPr>
                      <wps:txbx>
                        <w:txbxContent>
                          <w:p w14:paraId="543E4952" w14:textId="77777777" w:rsidR="005A11A0" w:rsidRPr="005A11A0" w:rsidRDefault="005A11A0" w:rsidP="005A11A0">
                            <w:pPr>
                              <w:spacing w:after="240"/>
                              <w:rPr>
                                <w:rFonts w:ascii="Calibri" w:eastAsia="Arial Unicode MS" w:hAnsi="Calibri" w:cs="Times New Roman"/>
                                <w:color w:val="FFFFFF" w:themeColor="background1"/>
                                <w:szCs w:val="24"/>
                                <w:u w:color="FFFFFF"/>
                                <w:bdr w:val="nil"/>
                                <w:lang w:val="da-DK"/>
                              </w:rPr>
                            </w:pPr>
                            <w:r w:rsidRPr="005A11A0">
                              <w:rPr>
                                <w:rFonts w:ascii="Calibri" w:eastAsia="Arial Unicode MS" w:hAnsi="Calibri" w:cs="Times New Roman"/>
                                <w:color w:val="FFFFFF" w:themeColor="background1"/>
                                <w:szCs w:val="24"/>
                                <w:u w:color="FFFFFF"/>
                                <w:bdr w:val="nil"/>
                                <w:lang w:val="da-DK"/>
                              </w:rPr>
                              <w:t>BoardPartner er en erhvervsforening for erfarne bestyrelsesmedlemmer, der arbejder aktivt i og med bestyrelser og brænder for at bidrage positivt i udviklingen af danske virksomheder.</w:t>
                            </w:r>
                          </w:p>
                          <w:p w14:paraId="748FA255" w14:textId="77777777" w:rsidR="005A11A0" w:rsidRPr="005A11A0" w:rsidRDefault="005A11A0" w:rsidP="005A11A0">
                            <w:pPr>
                              <w:rPr>
                                <w:rFonts w:ascii="Calibri" w:eastAsia="Arial Unicode MS" w:hAnsi="Calibri" w:cs="Times New Roman"/>
                                <w:color w:val="FFFFFF" w:themeColor="background1"/>
                                <w:szCs w:val="24"/>
                                <w:u w:color="FFFFFF"/>
                                <w:bdr w:val="nil"/>
                                <w:lang w:val="da-DK"/>
                              </w:rPr>
                            </w:pPr>
                            <w:r w:rsidRPr="005A11A0">
                              <w:rPr>
                                <w:rFonts w:ascii="Calibri" w:eastAsia="Arial Unicode MS" w:hAnsi="Calibri" w:cs="Times New Roman"/>
                                <w:color w:val="FFFFFF" w:themeColor="background1"/>
                                <w:szCs w:val="24"/>
                                <w:u w:color="FFFFFF"/>
                                <w:bdr w:val="nil"/>
                                <w:lang w:val="da-DK"/>
                              </w:rPr>
                              <w:t>BoardPartner er et aktivt fællesskab, hvor medlemmer forventes at bidrage aktivt til netværket og bestyrelsesarbejdet.</w:t>
                            </w:r>
                          </w:p>
                          <w:p w14:paraId="45538506" w14:textId="77777777" w:rsidR="005A11A0" w:rsidRPr="005A11A0" w:rsidRDefault="005A11A0" w:rsidP="005A11A0">
                            <w:pPr>
                              <w:rPr>
                                <w:rFonts w:ascii="Calibri" w:eastAsia="Arial Unicode MS" w:hAnsi="Calibri" w:cs="Times New Roman"/>
                                <w:color w:val="FFFFFF" w:themeColor="background1"/>
                                <w:szCs w:val="24"/>
                                <w:u w:color="FFFFFF"/>
                                <w:bdr w:val="nil"/>
                                <w:lang w:val="da-DK"/>
                              </w:rPr>
                            </w:pPr>
                          </w:p>
                          <w:p w14:paraId="3023119F" w14:textId="77777777" w:rsidR="003E6C17" w:rsidRPr="003E6C17" w:rsidRDefault="003E6C17" w:rsidP="00451EF5">
                            <w:pPr>
                              <w:spacing w:after="0"/>
                              <w:rPr>
                                <w:rFonts w:ascii="Calibri" w:eastAsia="Arial Unicode MS" w:hAnsi="Calibri" w:cs="Times New Roman"/>
                                <w:color w:val="FFFFFF" w:themeColor="background1"/>
                                <w:szCs w:val="24"/>
                                <w:u w:color="FFFFFF"/>
                                <w:bdr w:val="nil"/>
                                <w:lang w:val="da-DK"/>
                              </w:rPr>
                            </w:pPr>
                            <w:r w:rsidRPr="003E6C17">
                              <w:rPr>
                                <w:rFonts w:ascii="Calibri" w:eastAsia="Arial Unicode MS" w:hAnsi="Calibri" w:cs="Times New Roman"/>
                                <w:color w:val="FFFFFF" w:themeColor="background1"/>
                                <w:szCs w:val="24"/>
                                <w:u w:color="FFFFFF"/>
                                <w:bdr w:val="nil"/>
                                <w:lang w:val="da-DK"/>
                              </w:rPr>
                              <w:t xml:space="preserve">Anmodning om partnerskab © </w:t>
                            </w:r>
                          </w:p>
                          <w:p w14:paraId="4C67BD74" w14:textId="182EEFB5" w:rsidR="005A11A0" w:rsidRPr="005A11A0" w:rsidRDefault="00403024" w:rsidP="00451EF5">
                            <w:pPr>
                              <w:spacing w:after="0"/>
                              <w:rPr>
                                <w:rFonts w:ascii="Calibri" w:eastAsia="Arial Unicode MS" w:hAnsi="Calibri" w:cs="Times New Roman"/>
                                <w:color w:val="FFFFFF" w:themeColor="background1"/>
                                <w:szCs w:val="24"/>
                                <w:u w:color="FFFFFF"/>
                                <w:bdr w:val="nil"/>
                                <w:lang w:val="da-DK"/>
                              </w:rPr>
                            </w:pPr>
                            <w:r>
                              <w:rPr>
                                <w:rFonts w:ascii="Calibri" w:eastAsia="Arial Unicode MS" w:hAnsi="Calibri" w:cs="Times New Roman"/>
                                <w:color w:val="FFFFFF" w:themeColor="background1"/>
                                <w:szCs w:val="24"/>
                                <w:u w:color="FFFFFF"/>
                                <w:bdr w:val="nil"/>
                                <w:lang w:val="da-DK"/>
                              </w:rPr>
                              <w:t>Oktober</w:t>
                            </w:r>
                            <w:r w:rsidR="002E0F26">
                              <w:rPr>
                                <w:rFonts w:ascii="Calibri" w:eastAsia="Arial Unicode MS" w:hAnsi="Calibri" w:cs="Times New Roman"/>
                                <w:color w:val="FFFFFF" w:themeColor="background1"/>
                                <w:szCs w:val="24"/>
                                <w:u w:color="FFFFFF"/>
                                <w:bdr w:val="nil"/>
                                <w:lang w:val="da-DK"/>
                              </w:rPr>
                              <w:t xml:space="preserve"> </w:t>
                            </w:r>
                            <w:r w:rsidR="005A11A0" w:rsidRPr="005A11A0">
                              <w:rPr>
                                <w:rFonts w:ascii="Calibri" w:eastAsia="Arial Unicode MS" w:hAnsi="Calibri" w:cs="Times New Roman"/>
                                <w:color w:val="FFFFFF" w:themeColor="background1"/>
                                <w:szCs w:val="24"/>
                                <w:u w:color="FFFFFF"/>
                                <w:bdr w:val="nil"/>
                                <w:lang w:val="da-DK"/>
                              </w:rPr>
                              <w:t>202</w:t>
                            </w:r>
                            <w:r w:rsidR="002E0F26">
                              <w:rPr>
                                <w:rFonts w:ascii="Calibri" w:eastAsia="Arial Unicode MS" w:hAnsi="Calibri" w:cs="Times New Roman"/>
                                <w:color w:val="FFFFFF" w:themeColor="background1"/>
                                <w:szCs w:val="24"/>
                                <w:u w:color="FFFFFF"/>
                                <w:bdr w:val="nil"/>
                                <w:lang w:val="da-DK"/>
                              </w:rPr>
                              <w:t>6</w:t>
                            </w:r>
                          </w:p>
                        </w:txbxContent>
                      </wps:txbx>
                      <wps:bodyPr wrap="square" lIns="45719" tIns="45719" rIns="45719" bIns="45719" numCol="1" anchor="t">
                        <a:noAutofit/>
                      </wps:bodyPr>
                    </wps:wsp>
                  </a:graphicData>
                </a:graphic>
                <wp14:sizeRelV relativeFrom="margin">
                  <wp14:pctHeight>0</wp14:pctHeight>
                </wp14:sizeRelV>
              </wp:anchor>
            </w:drawing>
          </mc:Choice>
          <mc:Fallback>
            <w:pict>
              <v:shapetype w14:anchorId="383AB1D5" id="_x0000_t202" coordsize="21600,21600" o:spt="202" path="m,l,21600r21600,l21600,xe">
                <v:stroke joinstyle="miter"/>
                <v:path gradientshapeok="t" o:connecttype="rect"/>
              </v:shapetype>
              <v:shape id="Text Box 1073741839" o:spid="_x0000_s1027" type="#_x0000_t202" alt="Tekstfelt 19" style="position:absolute;margin-left:343.5pt;margin-top:473.75pt;width:188.1pt;height:229.5pt;z-index:251658241;visibility:visible;mso-wrap-style:square;mso-height-percent:0;mso-wrap-distance-left:0;mso-wrap-distance-top:0;mso-wrap-distance-right:0;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" filled="f" stroked="f" strokeweight=".5pt">
                <v:stroke joinstyle="round"/>
                <v:textbox inset="1.27mm,1.27mm,1.27mm,1.27mm">
                  <w:txbxContent>
                    <w:p w14:paraId="543E4952" w14:textId="77777777" w:rsidR="005A11A0" w:rsidRPr="005A11A0" w:rsidRDefault="005A11A0" w:rsidP="005A11A0">
                      <w:pPr>
                        <w:spacing w:after="240"/>
                        <w:rPr>
                          <w:rFonts w:ascii="Calibri" w:eastAsia="Arial Unicode MS" w:hAnsi="Calibri" w:cs="Times New Roman"/>
                          <w:color w:val="FFFFFF" w:themeColor="background1"/>
                          <w:szCs w:val="24"/>
                          <w:u w:color="FFFFFF"/>
                          <w:bdr w:val="nil"/>
                          <w:lang w:val="da-DK"/>
                        </w:rPr>
                      </w:pPr>
                      <w:r w:rsidRPr="005A11A0">
                        <w:rPr>
                          <w:rFonts w:ascii="Calibri" w:eastAsia="Arial Unicode MS" w:hAnsi="Calibri" w:cs="Times New Roman"/>
                          <w:color w:val="FFFFFF" w:themeColor="background1"/>
                          <w:szCs w:val="24"/>
                          <w:u w:color="FFFFFF"/>
                          <w:bdr w:val="nil"/>
                          <w:lang w:val="da-DK"/>
                        </w:rPr>
                        <w:t>BoardPartner er en erhvervsforening for erfarne bestyrelsesmedlemmer, der arbejder aktivt i og med bestyrelser og brænder for at bidrage positivt i udviklingen af danske virksomheder.</w:t>
                      </w:r>
                    </w:p>
                    <w:p w14:paraId="748FA255" w14:textId="77777777" w:rsidR="005A11A0" w:rsidRPr="005A11A0" w:rsidRDefault="005A11A0" w:rsidP="005A11A0">
                      <w:pPr>
                        <w:rPr>
                          <w:rFonts w:ascii="Calibri" w:eastAsia="Arial Unicode MS" w:hAnsi="Calibri" w:cs="Times New Roman"/>
                          <w:color w:val="FFFFFF" w:themeColor="background1"/>
                          <w:szCs w:val="24"/>
                          <w:u w:color="FFFFFF"/>
                          <w:bdr w:val="nil"/>
                          <w:lang w:val="da-DK"/>
                        </w:rPr>
                      </w:pPr>
                      <w:r w:rsidRPr="005A11A0">
                        <w:rPr>
                          <w:rFonts w:ascii="Calibri" w:eastAsia="Arial Unicode MS" w:hAnsi="Calibri" w:cs="Times New Roman"/>
                          <w:color w:val="FFFFFF" w:themeColor="background1"/>
                          <w:szCs w:val="24"/>
                          <w:u w:color="FFFFFF"/>
                          <w:bdr w:val="nil"/>
                          <w:lang w:val="da-DK"/>
                        </w:rPr>
                        <w:t>BoardPartner er et aktivt fællesskab, hvor medlemmer forventes at bidrage aktivt til netværket og bestyrelsesarbejdet.</w:t>
                      </w:r>
                    </w:p>
                    <w:p w14:paraId="45538506" w14:textId="77777777" w:rsidR="005A11A0" w:rsidRPr="005A11A0" w:rsidRDefault="005A11A0" w:rsidP="005A11A0">
                      <w:pPr>
                        <w:rPr>
                          <w:rFonts w:ascii="Calibri" w:eastAsia="Arial Unicode MS" w:hAnsi="Calibri" w:cs="Times New Roman"/>
                          <w:color w:val="FFFFFF" w:themeColor="background1"/>
                          <w:szCs w:val="24"/>
                          <w:u w:color="FFFFFF"/>
                          <w:bdr w:val="nil"/>
                          <w:lang w:val="da-DK"/>
                        </w:rPr>
                      </w:pPr>
                    </w:p>
                    <w:p w14:paraId="3023119F" w14:textId="77777777" w:rsidR="003E6C17" w:rsidRPr="003E6C17" w:rsidRDefault="003E6C17" w:rsidP="00451EF5">
                      <w:pPr>
                        <w:spacing w:after="0"/>
                        <w:rPr>
                          <w:rFonts w:ascii="Calibri" w:eastAsia="Arial Unicode MS" w:hAnsi="Calibri" w:cs="Times New Roman"/>
                          <w:color w:val="FFFFFF" w:themeColor="background1"/>
                          <w:szCs w:val="24"/>
                          <w:u w:color="FFFFFF"/>
                          <w:bdr w:val="nil"/>
                          <w:lang w:val="da-DK"/>
                        </w:rPr>
                      </w:pPr>
                      <w:r w:rsidRPr="003E6C17">
                        <w:rPr>
                          <w:rFonts w:ascii="Calibri" w:eastAsia="Arial Unicode MS" w:hAnsi="Calibri" w:cs="Times New Roman"/>
                          <w:color w:val="FFFFFF" w:themeColor="background1"/>
                          <w:szCs w:val="24"/>
                          <w:u w:color="FFFFFF"/>
                          <w:bdr w:val="nil"/>
                          <w:lang w:val="da-DK"/>
                        </w:rPr>
                        <w:t xml:space="preserve">Anmodning om partnerskab © </w:t>
                      </w:r>
                    </w:p>
                    <w:p w14:paraId="4C67BD74" w14:textId="182EEFB5" w:rsidR="005A11A0" w:rsidRPr="005A11A0" w:rsidRDefault="00403024" w:rsidP="00451EF5">
                      <w:pPr>
                        <w:spacing w:after="0"/>
                        <w:rPr>
                          <w:rFonts w:ascii="Calibri" w:eastAsia="Arial Unicode MS" w:hAnsi="Calibri" w:cs="Times New Roman"/>
                          <w:color w:val="FFFFFF" w:themeColor="background1"/>
                          <w:szCs w:val="24"/>
                          <w:u w:color="FFFFFF"/>
                          <w:bdr w:val="nil"/>
                          <w:lang w:val="da-DK"/>
                        </w:rPr>
                      </w:pPr>
                      <w:r>
                        <w:rPr>
                          <w:rFonts w:ascii="Calibri" w:eastAsia="Arial Unicode MS" w:hAnsi="Calibri" w:cs="Times New Roman"/>
                          <w:color w:val="FFFFFF" w:themeColor="background1"/>
                          <w:szCs w:val="24"/>
                          <w:u w:color="FFFFFF"/>
                          <w:bdr w:val="nil"/>
                          <w:lang w:val="da-DK"/>
                        </w:rPr>
                        <w:t>Oktober</w:t>
                      </w:r>
                      <w:r w:rsidR="002E0F26">
                        <w:rPr>
                          <w:rFonts w:ascii="Calibri" w:eastAsia="Arial Unicode MS" w:hAnsi="Calibri" w:cs="Times New Roman"/>
                          <w:color w:val="FFFFFF" w:themeColor="background1"/>
                          <w:szCs w:val="24"/>
                          <w:u w:color="FFFFFF"/>
                          <w:bdr w:val="nil"/>
                          <w:lang w:val="da-DK"/>
                        </w:rPr>
                        <w:t xml:space="preserve"> </w:t>
                      </w:r>
                      <w:r w:rsidR="005A11A0" w:rsidRPr="005A11A0">
                        <w:rPr>
                          <w:rFonts w:ascii="Calibri" w:eastAsia="Arial Unicode MS" w:hAnsi="Calibri" w:cs="Times New Roman"/>
                          <w:color w:val="FFFFFF" w:themeColor="background1"/>
                          <w:szCs w:val="24"/>
                          <w:u w:color="FFFFFF"/>
                          <w:bdr w:val="nil"/>
                          <w:lang w:val="da-DK"/>
                        </w:rPr>
                        <w:t>202</w:t>
                      </w:r>
                      <w:r w:rsidR="002E0F26">
                        <w:rPr>
                          <w:rFonts w:ascii="Calibri" w:eastAsia="Arial Unicode MS" w:hAnsi="Calibri" w:cs="Times New Roman"/>
                          <w:color w:val="FFFFFF" w:themeColor="background1"/>
                          <w:szCs w:val="24"/>
                          <w:u w:color="FFFFFF"/>
                          <w:bdr w:val="nil"/>
                          <w:lang w:val="da-DK"/>
                        </w:rPr>
                        <w:t>6</w:t>
                      </w:r>
                    </w:p>
                  </w:txbxContent>
                </v:textbox>
                <w10:wrap anchorx="margin" anchory="margin"/>
              </v:shape>
            </w:pict>
          </mc:Fallback>
        </mc:AlternateContent>
      </w:r>
      <w:r w:rsidR="005A11A0">
        <w:rPr>
          <w:lang w:val="da-DK"/>
        </w:rPr>
        <w:br w:type="page"/>
      </w:r>
    </w:p>
    <w:p w14:paraId="6EFDDCE7" w14:textId="77777777" w:rsidR="0003792F" w:rsidRPr="00792822" w:rsidRDefault="000260B6">
      <w:pPr>
        <w:pStyle w:val="Heading1"/>
        <w:rPr>
          <w:lang w:val="da-DK"/>
        </w:rPr>
      </w:pPr>
      <w:r w:rsidRPr="00792822">
        <w:rPr>
          <w:lang w:val="da-DK"/>
        </w:rPr>
        <w:lastRenderedPageBreak/>
        <w:t>Anmodning om partnerskab i BoardPartner</w:t>
      </w:r>
    </w:p>
    <w:p w14:paraId="1C107179" w14:textId="77777777" w:rsidR="003E6C17" w:rsidRDefault="000260B6" w:rsidP="00045AD3">
      <w:pPr>
        <w:rPr>
          <w:rFonts w:ascii="Verdana" w:hAnsi="Verdana"/>
          <w:sz w:val="18"/>
          <w:lang w:val="da-DK"/>
        </w:rPr>
      </w:pPr>
      <w:r w:rsidRPr="0089669F">
        <w:rPr>
          <w:rFonts w:ascii="Verdana" w:hAnsi="Verdana"/>
          <w:sz w:val="18"/>
          <w:lang w:val="da-DK"/>
        </w:rPr>
        <w:t>BoardPartner er et partnerskab af erfarne og engagerede bestyrelsesmedlemmer, der aktivt påvirker dagsordenen og styrker kvaliteten af bestyrelsesarbejde. Vi udvikler og deler viden, erfaring og værktøjer for at skabe reel værdi for ejere, direktører og bestyrelser.</w:t>
      </w:r>
      <w:r w:rsidRPr="0089669F">
        <w:rPr>
          <w:rFonts w:ascii="Verdana" w:hAnsi="Verdana"/>
          <w:sz w:val="18"/>
          <w:lang w:val="da-DK"/>
        </w:rPr>
        <w:br/>
      </w:r>
    </w:p>
    <w:p w14:paraId="3DDDE3A2" w14:textId="77777777" w:rsidR="00045AD3" w:rsidRPr="0089669F" w:rsidRDefault="00045AD3" w:rsidP="00045AD3">
      <w:pPr>
        <w:rPr>
          <w:rFonts w:ascii="Verdana" w:hAnsi="Verdana"/>
          <w:sz w:val="18"/>
          <w:lang w:val="da-DK"/>
        </w:rPr>
      </w:pPr>
      <w:r w:rsidRPr="0089669F">
        <w:rPr>
          <w:rFonts w:ascii="Verdana" w:hAnsi="Verdana"/>
          <w:sz w:val="18"/>
          <w:lang w:val="da-DK"/>
        </w:rPr>
        <w:t>BoardPartner er et aktivt fællesskab, hvor medlemmer forventes at bidrage aktivt til netværket og bestyrelsesarbejdet.</w:t>
      </w:r>
    </w:p>
    <w:p w14:paraId="04728BEE" w14:textId="77777777" w:rsidR="0003792F" w:rsidRPr="0089669F" w:rsidRDefault="000260B6">
      <w:pPr>
        <w:rPr>
          <w:rFonts w:ascii="Verdana" w:hAnsi="Verdana"/>
          <w:sz w:val="18"/>
          <w:lang w:val="da-DK"/>
        </w:rPr>
      </w:pPr>
      <w:r w:rsidRPr="0089669F">
        <w:rPr>
          <w:rFonts w:ascii="Verdana" w:hAnsi="Verdana"/>
          <w:sz w:val="18"/>
          <w:lang w:val="da-DK"/>
        </w:rPr>
        <w:t>Vi stiller krav til hinanden om kvalitet, ordentlighed og udviklingsorientering. Som medlem af BoardPartner forventes du at være aktiv, bidrage til netværket og medvirke til at styrke foreningens synlighed og relevans.</w:t>
      </w:r>
      <w:r w:rsidR="00045AD3" w:rsidRPr="0089669F">
        <w:rPr>
          <w:rFonts w:ascii="Verdana" w:hAnsi="Verdana"/>
          <w:sz w:val="18"/>
          <w:lang w:val="da-DK"/>
        </w:rPr>
        <w:t xml:space="preserve"> </w:t>
      </w:r>
    </w:p>
    <w:p w14:paraId="396EE747" w14:textId="77777777" w:rsidR="0003792F" w:rsidRPr="00102E85" w:rsidRDefault="000260B6">
      <w:pPr>
        <w:pStyle w:val="Heading2"/>
        <w:rPr>
          <w:lang w:val="da-DK"/>
        </w:rPr>
      </w:pPr>
      <w:r w:rsidRPr="00102E85">
        <w:rPr>
          <w:lang w:val="da-DK"/>
        </w:rPr>
        <w:t>1. Personlige oplysninger</w:t>
      </w:r>
    </w:p>
    <w:p w14:paraId="6EAB6303" w14:textId="77777777" w:rsidR="003E6C17" w:rsidRDefault="003E6C17">
      <w:pPr>
        <w:rPr>
          <w:rFonts w:ascii="Verdana" w:hAnsi="Verdana"/>
          <w:sz w:val="18"/>
          <w:lang w:val="da-DK"/>
        </w:rPr>
        <w:sectPr w:rsidR="003E6C17" w:rsidSect="003E6C17">
          <w:headerReference w:type="default" r:id="rId8"/>
          <w:footerReference w:type="default" r:id="rId9"/>
          <w:headerReference w:type="first" r:id="rId10"/>
          <w:pgSz w:w="12240" w:h="15840"/>
          <w:pgMar w:top="1440" w:right="1134" w:bottom="1440" w:left="1134" w:header="720" w:footer="720" w:gutter="0"/>
          <w:cols w:space="720"/>
          <w:titlePg/>
          <w:docGrid w:linePitch="360"/>
        </w:sectPr>
      </w:pPr>
    </w:p>
    <w:p w14:paraId="40024A39" w14:textId="77777777" w:rsidR="0003792F" w:rsidRPr="0089669F" w:rsidRDefault="000260B6">
      <w:pPr>
        <w:rPr>
          <w:rFonts w:ascii="Verdana" w:hAnsi="Verdana"/>
          <w:sz w:val="18"/>
          <w:lang w:val="da-DK"/>
        </w:rPr>
      </w:pPr>
      <w:r w:rsidRPr="0089669F">
        <w:rPr>
          <w:rFonts w:ascii="Verdana" w:hAnsi="Verdana"/>
          <w:sz w:val="18"/>
          <w:lang w:val="da-DK"/>
        </w:rPr>
        <w:t>Navn:</w:t>
      </w:r>
    </w:p>
    <w:p w14:paraId="32E64858" w14:textId="77777777" w:rsidR="0003792F" w:rsidRPr="0089669F" w:rsidRDefault="000260B6">
      <w:pPr>
        <w:rPr>
          <w:rFonts w:ascii="Verdana" w:hAnsi="Verdana"/>
          <w:sz w:val="18"/>
          <w:lang w:val="da-DK"/>
        </w:rPr>
      </w:pPr>
      <w:r w:rsidRPr="0089669F">
        <w:rPr>
          <w:rFonts w:ascii="Verdana" w:hAnsi="Verdana"/>
          <w:sz w:val="18"/>
          <w:lang w:val="da-DK"/>
        </w:rPr>
        <w:t>E-mail:</w:t>
      </w:r>
    </w:p>
    <w:p w14:paraId="4772376D" w14:textId="77777777" w:rsidR="0003792F" w:rsidRPr="0089669F" w:rsidRDefault="000260B6">
      <w:pPr>
        <w:rPr>
          <w:rFonts w:ascii="Verdana" w:hAnsi="Verdana"/>
          <w:sz w:val="18"/>
          <w:lang w:val="da-DK"/>
        </w:rPr>
      </w:pPr>
      <w:r w:rsidRPr="0089669F">
        <w:rPr>
          <w:rFonts w:ascii="Verdana" w:hAnsi="Verdana"/>
          <w:sz w:val="18"/>
          <w:lang w:val="da-DK"/>
        </w:rPr>
        <w:t>Telefon:</w:t>
      </w:r>
    </w:p>
    <w:p w14:paraId="03C53A2D" w14:textId="77777777" w:rsidR="0003792F" w:rsidRPr="0089669F" w:rsidRDefault="000260B6">
      <w:pPr>
        <w:rPr>
          <w:rFonts w:ascii="Verdana" w:hAnsi="Verdana"/>
          <w:sz w:val="18"/>
          <w:lang w:val="da-DK"/>
        </w:rPr>
      </w:pPr>
      <w:r w:rsidRPr="0089669F">
        <w:rPr>
          <w:rFonts w:ascii="Verdana" w:hAnsi="Verdana"/>
          <w:sz w:val="18"/>
          <w:lang w:val="da-DK"/>
        </w:rPr>
        <w:t>LinkedIn-profil: (Indsæt link til din LinkedIn-profil)</w:t>
      </w:r>
    </w:p>
    <w:p w14:paraId="40558134" w14:textId="77777777" w:rsidR="003E6C17" w:rsidRDefault="003E6C17">
      <w:pPr>
        <w:rPr>
          <w:rFonts w:ascii="Verdana" w:hAnsi="Verdana"/>
          <w:sz w:val="18"/>
          <w:lang w:val="da-DK"/>
        </w:rPr>
        <w:sectPr w:rsidR="003E6C17" w:rsidSect="003E6C17">
          <w:type w:val="continuous"/>
          <w:pgSz w:w="12240" w:h="15840"/>
          <w:pgMar w:top="1440" w:right="1134" w:bottom="1440" w:left="1134" w:header="720" w:footer="720" w:gutter="0"/>
          <w:cols w:num="2" w:space="720"/>
          <w:titlePg/>
          <w:docGrid w:linePitch="360"/>
        </w:sectPr>
      </w:pPr>
    </w:p>
    <w:p w14:paraId="5C11865B" w14:textId="6183F3AA" w:rsidR="00403024" w:rsidRDefault="00403024">
      <w:pPr>
        <w:rPr>
          <w:rFonts w:ascii="Verdana" w:hAnsi="Verdana"/>
          <w:sz w:val="18"/>
          <w:lang w:val="da-DK"/>
        </w:rPr>
      </w:pPr>
      <w:r>
        <w:rPr>
          <w:rFonts w:ascii="Verdana" w:hAnsi="Verdana"/>
          <w:sz w:val="18"/>
          <w:lang w:val="da-DK"/>
        </w:rPr>
        <w:t>Adresse:</w:t>
      </w:r>
    </w:p>
    <w:p w14:paraId="2B4A6BDA" w14:textId="79E4DD7A" w:rsidR="0003792F" w:rsidRDefault="000260B6">
      <w:pPr>
        <w:rPr>
          <w:rFonts w:ascii="Verdana" w:hAnsi="Verdana"/>
          <w:sz w:val="18"/>
          <w:lang w:val="da-DK"/>
        </w:rPr>
      </w:pPr>
      <w:r w:rsidRPr="0089669F">
        <w:rPr>
          <w:rFonts w:ascii="Verdana" w:hAnsi="Verdana"/>
          <w:sz w:val="18"/>
          <w:lang w:val="da-DK"/>
        </w:rPr>
        <w:t xml:space="preserve">Kort erhvervsprofil (maks. </w:t>
      </w:r>
      <w:r w:rsidR="00792822" w:rsidRPr="0089669F">
        <w:rPr>
          <w:rFonts w:ascii="Verdana" w:hAnsi="Verdana"/>
          <w:sz w:val="18"/>
          <w:lang w:val="da-DK"/>
        </w:rPr>
        <w:t>75</w:t>
      </w:r>
      <w:r w:rsidRPr="0089669F">
        <w:rPr>
          <w:rFonts w:ascii="Verdana" w:hAnsi="Verdana"/>
          <w:sz w:val="18"/>
          <w:lang w:val="da-DK"/>
        </w:rPr>
        <w:t xml:space="preserve"> ord):</w:t>
      </w:r>
    </w:p>
    <w:p w14:paraId="61185A5E" w14:textId="77777777" w:rsidR="00A20B54" w:rsidRPr="0089669F" w:rsidRDefault="00A20B54">
      <w:pPr>
        <w:rPr>
          <w:rFonts w:ascii="Verdana" w:hAnsi="Verdana"/>
          <w:sz w:val="18"/>
          <w:lang w:val="da-DK"/>
        </w:rPr>
      </w:pPr>
    </w:p>
    <w:p w14:paraId="7E4FAF9F" w14:textId="77777777" w:rsidR="0003792F" w:rsidRPr="00102E85" w:rsidRDefault="000260B6">
      <w:pPr>
        <w:pStyle w:val="Heading2"/>
        <w:rPr>
          <w:lang w:val="da-DK"/>
        </w:rPr>
      </w:pPr>
      <w:r w:rsidRPr="00102E85">
        <w:rPr>
          <w:lang w:val="da-DK"/>
        </w:rPr>
        <w:t>2. Bestyrelseserfaring og værdiskabelse</w:t>
      </w:r>
    </w:p>
    <w:p w14:paraId="5211610B" w14:textId="77777777" w:rsidR="0003792F" w:rsidRDefault="000260B6">
      <w:pPr>
        <w:rPr>
          <w:rFonts w:ascii="Verdana" w:hAnsi="Verdana"/>
          <w:sz w:val="18"/>
          <w:lang w:val="da-DK"/>
        </w:rPr>
      </w:pPr>
      <w:r w:rsidRPr="0089669F">
        <w:rPr>
          <w:rFonts w:ascii="Verdana" w:hAnsi="Verdana"/>
          <w:sz w:val="18"/>
          <w:lang w:val="da-DK"/>
        </w:rPr>
        <w:t xml:space="preserve">Hvilke bestyrelsesposter har du erfaring med? (Angiv selskabsnavn, branche og år for tiltrædelse – maks. </w:t>
      </w:r>
      <w:r w:rsidR="00792822" w:rsidRPr="0089669F">
        <w:rPr>
          <w:rFonts w:ascii="Verdana" w:hAnsi="Verdana"/>
          <w:sz w:val="18"/>
          <w:lang w:val="da-DK"/>
        </w:rPr>
        <w:t>10</w:t>
      </w:r>
      <w:r w:rsidRPr="0089669F">
        <w:rPr>
          <w:rFonts w:ascii="Verdana" w:hAnsi="Verdana"/>
          <w:sz w:val="18"/>
          <w:lang w:val="da-DK"/>
        </w:rPr>
        <w:t xml:space="preserve"> poster)</w:t>
      </w:r>
    </w:p>
    <w:p w14:paraId="7FC4CD9E" w14:textId="77777777" w:rsidR="0089669F" w:rsidRPr="0089669F" w:rsidRDefault="0089669F">
      <w:pPr>
        <w:rPr>
          <w:rFonts w:ascii="Verdana" w:hAnsi="Verdana"/>
          <w:sz w:val="18"/>
          <w:lang w:val="da-DK"/>
        </w:rPr>
      </w:pPr>
    </w:p>
    <w:p w14:paraId="3C111272" w14:textId="77777777" w:rsidR="0003792F" w:rsidRDefault="000260B6">
      <w:pPr>
        <w:rPr>
          <w:rFonts w:ascii="Verdana" w:hAnsi="Verdana"/>
          <w:sz w:val="18"/>
          <w:lang w:val="da-DK"/>
        </w:rPr>
      </w:pPr>
      <w:r w:rsidRPr="0089669F">
        <w:rPr>
          <w:rFonts w:ascii="Verdana" w:hAnsi="Verdana"/>
          <w:sz w:val="18"/>
          <w:lang w:val="da-DK"/>
        </w:rPr>
        <w:t>Beskriv kort, hvordan du har skabt værdi i bestyrelsesarbejde (maks. 100 ord):</w:t>
      </w:r>
    </w:p>
    <w:p w14:paraId="75FD768D" w14:textId="77777777" w:rsidR="0089669F" w:rsidRPr="0089669F" w:rsidRDefault="0089669F">
      <w:pPr>
        <w:rPr>
          <w:rFonts w:ascii="Verdana" w:hAnsi="Verdana"/>
          <w:sz w:val="18"/>
          <w:lang w:val="da-DK"/>
        </w:rPr>
      </w:pPr>
    </w:p>
    <w:p w14:paraId="17BA08F2" w14:textId="77777777" w:rsidR="00E90518" w:rsidRDefault="000260B6">
      <w:pPr>
        <w:pStyle w:val="Heading2"/>
        <w:rPr>
          <w:lang w:val="da-DK"/>
        </w:rPr>
      </w:pPr>
      <w:r w:rsidRPr="00792822">
        <w:rPr>
          <w:lang w:val="da-DK"/>
        </w:rPr>
        <w:t>3. S</w:t>
      </w:r>
      <w:r w:rsidR="00A20B54" w:rsidRPr="00792822">
        <w:rPr>
          <w:lang w:val="da-DK"/>
        </w:rPr>
        <w:t>trategisk og faglig kompetence</w:t>
      </w:r>
    </w:p>
    <w:p w14:paraId="56F5D9FE" w14:textId="77777777" w:rsidR="00A20B54" w:rsidRPr="00A20B54" w:rsidRDefault="00A20B54" w:rsidP="00A20B54">
      <w:pPr>
        <w:rPr>
          <w:lang w:val="da-DK"/>
        </w:rPr>
        <w:sectPr w:rsidR="00A20B54" w:rsidRPr="00A20B54" w:rsidSect="003E6C17">
          <w:type w:val="continuous"/>
          <w:pgSz w:w="12240" w:h="15840"/>
          <w:pgMar w:top="1440" w:right="1134" w:bottom="1440" w:left="1134" w:header="720" w:footer="720" w:gutter="0"/>
          <w:cols w:space="720"/>
          <w:titlePg/>
          <w:docGrid w:linePitch="360"/>
        </w:sectPr>
      </w:pPr>
    </w:p>
    <w:p w14:paraId="30B8DA50" w14:textId="77777777" w:rsidR="0003792F" w:rsidRDefault="00792822">
      <w:pPr>
        <w:rPr>
          <w:rFonts w:ascii="Verdana" w:hAnsi="Verdana"/>
          <w:sz w:val="18"/>
          <w:lang w:val="da-DK"/>
        </w:rPr>
      </w:pPr>
      <w:r w:rsidRPr="0089669F">
        <w:rPr>
          <w:rFonts w:ascii="Verdana" w:hAnsi="Verdana"/>
          <w:sz w:val="18"/>
          <w:lang w:val="da-DK"/>
        </w:rPr>
        <w:t>Anfør dine nøglekompetencer fra bilag 1, og angiv, om du behersker området som generalist eller specialist.</w:t>
      </w:r>
    </w:p>
    <w:p w14:paraId="3E9BFE43" w14:textId="77777777" w:rsidR="003E6C17" w:rsidRDefault="003E6C17">
      <w:pPr>
        <w:rPr>
          <w:rFonts w:ascii="Verdana" w:hAnsi="Verdana"/>
          <w:sz w:val="18"/>
          <w:lang w:val="da-DK"/>
        </w:rPr>
      </w:pPr>
    </w:p>
    <w:p w14:paraId="017629F5" w14:textId="77777777" w:rsidR="003E6C17" w:rsidRDefault="003E6C17" w:rsidP="003E6C17">
      <w:pPr>
        <w:rPr>
          <w:lang w:val="da-DK"/>
        </w:rPr>
        <w:sectPr w:rsidR="003E6C17" w:rsidSect="00E90518">
          <w:type w:val="continuous"/>
          <w:pgSz w:w="12240" w:h="15840"/>
          <w:pgMar w:top="1440" w:right="1134" w:bottom="1440" w:left="1134" w:header="720" w:footer="720" w:gutter="0"/>
          <w:cols w:space="720"/>
          <w:titlePg/>
          <w:docGrid w:linePitch="360"/>
        </w:sectPr>
      </w:pPr>
    </w:p>
    <w:p w14:paraId="2D3458C6" w14:textId="77777777" w:rsidR="003E6C17" w:rsidRDefault="003E6C17" w:rsidP="003E6C17">
      <w:pPr>
        <w:rPr>
          <w:lang w:val="da-DK"/>
        </w:rPr>
      </w:pPr>
      <w:r>
        <w:rPr>
          <w:lang w:val="da-DK"/>
        </w:rPr>
        <w:t>1:</w:t>
      </w:r>
    </w:p>
    <w:p w14:paraId="4C3E6352" w14:textId="77777777" w:rsidR="003E6C17" w:rsidRDefault="003E6C17" w:rsidP="003E6C17">
      <w:pPr>
        <w:rPr>
          <w:lang w:val="da-DK"/>
        </w:rPr>
      </w:pPr>
      <w:r>
        <w:rPr>
          <w:lang w:val="da-DK"/>
        </w:rPr>
        <w:t>2:</w:t>
      </w:r>
    </w:p>
    <w:p w14:paraId="10751965" w14:textId="77777777" w:rsidR="003E6C17" w:rsidRDefault="003E6C17" w:rsidP="003E6C17">
      <w:pPr>
        <w:rPr>
          <w:lang w:val="da-DK"/>
        </w:rPr>
      </w:pPr>
      <w:r>
        <w:rPr>
          <w:lang w:val="da-DK"/>
        </w:rPr>
        <w:t>3:</w:t>
      </w:r>
    </w:p>
    <w:p w14:paraId="775BF654" w14:textId="77777777" w:rsidR="003E6C17" w:rsidRDefault="003E6C17" w:rsidP="003E6C17">
      <w:pPr>
        <w:rPr>
          <w:lang w:val="da-DK"/>
        </w:rPr>
      </w:pPr>
      <w:r>
        <w:rPr>
          <w:lang w:val="da-DK"/>
        </w:rPr>
        <w:t>4:</w:t>
      </w:r>
    </w:p>
    <w:p w14:paraId="1E05EF07" w14:textId="77777777" w:rsidR="003E6C17" w:rsidRDefault="003E6C17" w:rsidP="003E6C17">
      <w:pPr>
        <w:rPr>
          <w:lang w:val="da-DK"/>
        </w:rPr>
      </w:pPr>
      <w:r>
        <w:rPr>
          <w:lang w:val="da-DK"/>
        </w:rPr>
        <w:t>5:</w:t>
      </w:r>
    </w:p>
    <w:p w14:paraId="64AF926B" w14:textId="77777777" w:rsidR="003E6C17" w:rsidRDefault="003E6C17" w:rsidP="003E6C17">
      <w:pPr>
        <w:rPr>
          <w:lang w:val="da-DK"/>
        </w:rPr>
      </w:pPr>
      <w:r>
        <w:rPr>
          <w:lang w:val="da-DK"/>
        </w:rPr>
        <w:t>6:</w:t>
      </w:r>
    </w:p>
    <w:p w14:paraId="3E90F986" w14:textId="77777777" w:rsidR="003E6C17" w:rsidRDefault="003E6C17" w:rsidP="003E6C17">
      <w:pPr>
        <w:rPr>
          <w:rFonts w:ascii="Verdana" w:hAnsi="Verdana"/>
          <w:sz w:val="18"/>
          <w:lang w:val="da-DK"/>
        </w:rPr>
        <w:sectPr w:rsidR="003E6C17" w:rsidSect="00E90518">
          <w:type w:val="continuous"/>
          <w:pgSz w:w="12240" w:h="15840"/>
          <w:pgMar w:top="1440" w:right="1134" w:bottom="1440" w:left="1134" w:header="720" w:footer="720" w:gutter="0"/>
          <w:cols w:num="2" w:space="720"/>
          <w:titlePg/>
          <w:docGrid w:linePitch="360"/>
        </w:sectPr>
      </w:pPr>
    </w:p>
    <w:p w14:paraId="5AC15DAC" w14:textId="77777777" w:rsidR="003E6C17" w:rsidRDefault="003E6C17" w:rsidP="003E6C17">
      <w:pPr>
        <w:rPr>
          <w:rFonts w:ascii="Verdana" w:hAnsi="Verdana"/>
          <w:sz w:val="18"/>
          <w:lang w:val="da-DK"/>
        </w:rPr>
      </w:pPr>
    </w:p>
    <w:p w14:paraId="47338113" w14:textId="77777777" w:rsidR="003E6C17" w:rsidRPr="0089669F" w:rsidRDefault="003E6C17" w:rsidP="003E6C17">
      <w:pPr>
        <w:rPr>
          <w:rFonts w:ascii="Verdana" w:hAnsi="Verdana"/>
          <w:sz w:val="18"/>
          <w:lang w:val="da-DK"/>
        </w:rPr>
      </w:pPr>
      <w:r w:rsidRPr="0089669F">
        <w:rPr>
          <w:rFonts w:ascii="Verdana" w:hAnsi="Verdana"/>
          <w:sz w:val="18"/>
          <w:lang w:val="da-DK"/>
        </w:rPr>
        <w:t>Kort begrundelse for dine valgte kompetencer (maks. 75 ord):</w:t>
      </w:r>
    </w:p>
    <w:p w14:paraId="1DEB9DD5" w14:textId="77777777" w:rsidR="003E6C17" w:rsidRDefault="003E6C17">
      <w:pPr>
        <w:rPr>
          <w:rFonts w:ascii="Verdana" w:hAnsi="Verdana"/>
          <w:sz w:val="18"/>
          <w:lang w:val="da-DK"/>
        </w:rPr>
      </w:pPr>
    </w:p>
    <w:p w14:paraId="7312A561" w14:textId="77777777" w:rsidR="00792822" w:rsidRDefault="000E4602">
      <w:pPr>
        <w:rPr>
          <w:lang w:val="da-DK"/>
        </w:rPr>
      </w:pPr>
      <w:r w:rsidRPr="006F5D72">
        <w:rPr>
          <w:rFonts w:ascii="Verdana" w:hAnsi="Verdana"/>
          <w:b/>
          <w:bCs/>
          <w:sz w:val="18"/>
          <w:lang w:val="da-DK"/>
        </w:rPr>
        <w:t xml:space="preserve">Du bedes ligeledes udfylde bilag 1: ”Generelle kompetencer” og bilag 2: </w:t>
      </w:r>
      <w:r>
        <w:rPr>
          <w:rFonts w:ascii="Verdana" w:hAnsi="Verdana"/>
          <w:b/>
          <w:bCs/>
          <w:sz w:val="18"/>
          <w:lang w:val="da-DK"/>
        </w:rPr>
        <w:t>”</w:t>
      </w:r>
      <w:r w:rsidRPr="006F5D72">
        <w:rPr>
          <w:rFonts w:ascii="Verdana" w:hAnsi="Verdana"/>
          <w:b/>
          <w:bCs/>
          <w:sz w:val="18"/>
          <w:lang w:val="da-DK"/>
        </w:rPr>
        <w:t>Erfaring med brancher, kanaler og livscyklus</w:t>
      </w:r>
      <w:r>
        <w:rPr>
          <w:rFonts w:ascii="Verdana" w:hAnsi="Verdana"/>
          <w:b/>
          <w:bCs/>
          <w:sz w:val="18"/>
          <w:lang w:val="da-DK"/>
        </w:rPr>
        <w:t>”.</w:t>
      </w:r>
    </w:p>
    <w:p w14:paraId="2D5F7280" w14:textId="77777777" w:rsidR="000E4602" w:rsidRDefault="000E4602">
      <w:pPr>
        <w:rPr>
          <w:lang w:val="da-DK"/>
        </w:rPr>
        <w:sectPr w:rsidR="000E4602" w:rsidSect="00E90518">
          <w:type w:val="continuous"/>
          <w:pgSz w:w="12240" w:h="15840"/>
          <w:pgMar w:top="1440" w:right="1134" w:bottom="1440" w:left="1134" w:header="720" w:footer="720" w:gutter="0"/>
          <w:cols w:space="720"/>
          <w:titlePg/>
          <w:docGrid w:linePitch="360"/>
        </w:sectPr>
      </w:pPr>
    </w:p>
    <w:p w14:paraId="41B86082" w14:textId="77777777" w:rsidR="00792822" w:rsidRDefault="00792822" w:rsidP="00792822">
      <w:pPr>
        <w:rPr>
          <w:lang w:val="da-DK"/>
        </w:rPr>
      </w:pPr>
    </w:p>
    <w:p w14:paraId="595B240E" w14:textId="77777777" w:rsidR="00792822" w:rsidRPr="00792822" w:rsidRDefault="00792822" w:rsidP="00792822">
      <w:pPr>
        <w:pStyle w:val="Heading2"/>
        <w:rPr>
          <w:lang w:val="da-DK"/>
        </w:rPr>
      </w:pPr>
      <w:r w:rsidRPr="00792822">
        <w:rPr>
          <w:lang w:val="da-DK"/>
        </w:rPr>
        <w:t xml:space="preserve">4. </w:t>
      </w:r>
      <w:r>
        <w:rPr>
          <w:lang w:val="da-DK"/>
        </w:rPr>
        <w:t>Personlig Profil</w:t>
      </w:r>
    </w:p>
    <w:p w14:paraId="18831C35" w14:textId="77777777" w:rsidR="00792822" w:rsidRPr="0089669F" w:rsidRDefault="00792822">
      <w:pPr>
        <w:rPr>
          <w:rFonts w:ascii="Verdana" w:hAnsi="Verdana"/>
          <w:sz w:val="18"/>
          <w:lang w:val="da-DK"/>
        </w:rPr>
      </w:pPr>
      <w:r w:rsidRPr="0089669F">
        <w:rPr>
          <w:rFonts w:ascii="Verdana" w:hAnsi="Verdana"/>
          <w:sz w:val="18"/>
          <w:lang w:val="da-DK"/>
        </w:rPr>
        <w:t>Giv en kort beskrivelse af dig som person</w:t>
      </w:r>
      <w:r w:rsidR="00755A49">
        <w:rPr>
          <w:rFonts w:ascii="Verdana" w:hAnsi="Verdana"/>
          <w:sz w:val="18"/>
          <w:lang w:val="da-DK"/>
        </w:rPr>
        <w:t xml:space="preserve">. Fremhæv gerne dine </w:t>
      </w:r>
      <w:r w:rsidR="00961590">
        <w:rPr>
          <w:rFonts w:ascii="Verdana" w:hAnsi="Verdana"/>
          <w:sz w:val="18"/>
          <w:lang w:val="da-DK"/>
        </w:rPr>
        <w:t>ledelseserfaringer</w:t>
      </w:r>
      <w:r w:rsidR="00755A49">
        <w:rPr>
          <w:rFonts w:ascii="Verdana" w:hAnsi="Verdana"/>
          <w:sz w:val="18"/>
          <w:lang w:val="da-DK"/>
        </w:rPr>
        <w:t xml:space="preserve"> og -niveau i organisationen</w:t>
      </w:r>
      <w:r w:rsidRPr="0089669F">
        <w:rPr>
          <w:rFonts w:ascii="Verdana" w:hAnsi="Verdana"/>
          <w:sz w:val="18"/>
          <w:lang w:val="da-DK"/>
        </w:rPr>
        <w:t xml:space="preserve"> (</w:t>
      </w:r>
      <w:proofErr w:type="spellStart"/>
      <w:r w:rsidRPr="0089669F">
        <w:rPr>
          <w:rFonts w:ascii="Verdana" w:hAnsi="Verdana"/>
          <w:sz w:val="18"/>
          <w:lang w:val="da-DK"/>
        </w:rPr>
        <w:t>maks</w:t>
      </w:r>
      <w:proofErr w:type="spellEnd"/>
      <w:r w:rsidRPr="0089669F">
        <w:rPr>
          <w:rFonts w:ascii="Verdana" w:hAnsi="Verdana"/>
          <w:sz w:val="18"/>
          <w:lang w:val="da-DK"/>
        </w:rPr>
        <w:t xml:space="preserve"> </w:t>
      </w:r>
      <w:r w:rsidR="00755A49">
        <w:rPr>
          <w:rFonts w:ascii="Verdana" w:hAnsi="Verdana"/>
          <w:sz w:val="18"/>
          <w:lang w:val="da-DK"/>
        </w:rPr>
        <w:t>75</w:t>
      </w:r>
      <w:r w:rsidRPr="0089669F">
        <w:rPr>
          <w:rFonts w:ascii="Verdana" w:hAnsi="Verdana"/>
          <w:sz w:val="18"/>
          <w:lang w:val="da-DK"/>
        </w:rPr>
        <w:t xml:space="preserve"> ord)</w:t>
      </w:r>
      <w:r w:rsidR="00755A49">
        <w:rPr>
          <w:rFonts w:ascii="Verdana" w:hAnsi="Verdana"/>
          <w:sz w:val="18"/>
          <w:lang w:val="da-DK"/>
        </w:rPr>
        <w:t>.</w:t>
      </w:r>
    </w:p>
    <w:p w14:paraId="78DDDF0A" w14:textId="77777777" w:rsidR="0003792F" w:rsidRPr="00792822" w:rsidRDefault="00792822">
      <w:pPr>
        <w:pStyle w:val="Heading2"/>
        <w:rPr>
          <w:lang w:val="da-DK"/>
        </w:rPr>
      </w:pPr>
      <w:bookmarkStart w:id="0" w:name="_Hlk191052636"/>
      <w:r>
        <w:rPr>
          <w:lang w:val="da-DK"/>
        </w:rPr>
        <w:t>5</w:t>
      </w:r>
      <w:r w:rsidRPr="00792822">
        <w:rPr>
          <w:lang w:val="da-DK"/>
        </w:rPr>
        <w:t>. E</w:t>
      </w:r>
      <w:bookmarkEnd w:id="0"/>
      <w:r w:rsidRPr="00792822">
        <w:rPr>
          <w:lang w:val="da-DK"/>
        </w:rPr>
        <w:t>ngagement i BoardPartner</w:t>
      </w:r>
    </w:p>
    <w:p w14:paraId="72C26EE7" w14:textId="77777777" w:rsidR="0003792F" w:rsidRPr="0089669F" w:rsidRDefault="000260B6">
      <w:pPr>
        <w:rPr>
          <w:rFonts w:ascii="Verdana" w:hAnsi="Verdana"/>
          <w:sz w:val="18"/>
          <w:lang w:val="da-DK"/>
        </w:rPr>
      </w:pPr>
      <w:r w:rsidRPr="0089669F">
        <w:rPr>
          <w:rFonts w:ascii="Verdana" w:hAnsi="Verdana"/>
          <w:sz w:val="18"/>
          <w:lang w:val="da-DK"/>
        </w:rPr>
        <w:t>Hvordan kan du bidrage aktivt til BoardPartner? (Vælg mindst én af nedenstående og uddyb kort nedenfor)</w:t>
      </w:r>
    </w:p>
    <w:p w14:paraId="28257FE4" w14:textId="77777777" w:rsidR="0003792F" w:rsidRPr="0089669F" w:rsidRDefault="000260B6">
      <w:pPr>
        <w:rPr>
          <w:rFonts w:ascii="Verdana" w:hAnsi="Verdana"/>
          <w:sz w:val="18"/>
          <w:lang w:val="da-DK"/>
        </w:rPr>
      </w:pPr>
      <w:r w:rsidRPr="0089669F">
        <w:rPr>
          <w:rFonts w:ascii="Segoe UI Symbol" w:hAnsi="Segoe UI Symbol" w:cs="Segoe UI Symbol"/>
          <w:sz w:val="18"/>
          <w:lang w:val="da-DK"/>
        </w:rPr>
        <w:t>☐</w:t>
      </w:r>
      <w:r w:rsidRPr="0089669F">
        <w:rPr>
          <w:rFonts w:ascii="Verdana" w:hAnsi="Verdana"/>
          <w:sz w:val="18"/>
          <w:lang w:val="da-DK"/>
        </w:rPr>
        <w:t xml:space="preserve"> Deltagelse og bidrag til medlemsmøder</w:t>
      </w:r>
    </w:p>
    <w:p w14:paraId="41A81DED" w14:textId="77777777" w:rsidR="0003792F" w:rsidRPr="0089669F" w:rsidRDefault="000260B6">
      <w:pPr>
        <w:rPr>
          <w:rFonts w:ascii="Verdana" w:hAnsi="Verdana"/>
          <w:sz w:val="18"/>
          <w:lang w:val="da-DK"/>
        </w:rPr>
      </w:pPr>
      <w:r w:rsidRPr="0089669F">
        <w:rPr>
          <w:rFonts w:ascii="Segoe UI Symbol" w:hAnsi="Segoe UI Symbol" w:cs="Segoe UI Symbol"/>
          <w:sz w:val="18"/>
          <w:lang w:val="da-DK"/>
        </w:rPr>
        <w:t>☐</w:t>
      </w:r>
      <w:r w:rsidRPr="0089669F">
        <w:rPr>
          <w:rFonts w:ascii="Verdana" w:hAnsi="Verdana"/>
          <w:sz w:val="18"/>
          <w:lang w:val="da-DK"/>
        </w:rPr>
        <w:t xml:space="preserve"> Synliggørelse og markedsføring af BoardPartner (LinkedIn, netværk, oplæg)</w:t>
      </w:r>
    </w:p>
    <w:p w14:paraId="6990ED9A" w14:textId="77777777" w:rsidR="0003792F" w:rsidRPr="0089669F" w:rsidRDefault="000260B6">
      <w:pPr>
        <w:rPr>
          <w:rFonts w:ascii="Verdana" w:hAnsi="Verdana"/>
          <w:sz w:val="18"/>
          <w:lang w:val="da-DK"/>
        </w:rPr>
      </w:pPr>
      <w:r w:rsidRPr="0089669F">
        <w:rPr>
          <w:rFonts w:ascii="Segoe UI Symbol" w:hAnsi="Segoe UI Symbol" w:cs="Segoe UI Symbol"/>
          <w:sz w:val="18"/>
          <w:lang w:val="da-DK"/>
        </w:rPr>
        <w:t>☐</w:t>
      </w:r>
      <w:r w:rsidRPr="0089669F">
        <w:rPr>
          <w:rFonts w:ascii="Verdana" w:hAnsi="Verdana"/>
          <w:sz w:val="18"/>
          <w:lang w:val="da-DK"/>
        </w:rPr>
        <w:t xml:space="preserve"> Videndeling og mentorarbejde i bestyrelsesnetværket</w:t>
      </w:r>
    </w:p>
    <w:p w14:paraId="77F82B59" w14:textId="77777777" w:rsidR="00792822" w:rsidRPr="0089669F" w:rsidRDefault="00792822" w:rsidP="00792822">
      <w:pPr>
        <w:rPr>
          <w:rFonts w:ascii="Verdana" w:hAnsi="Verdana"/>
          <w:sz w:val="18"/>
          <w:lang w:val="da-DK"/>
        </w:rPr>
      </w:pPr>
      <w:r w:rsidRPr="0089669F">
        <w:rPr>
          <w:rFonts w:ascii="Segoe UI Symbol" w:hAnsi="Segoe UI Symbol" w:cs="Segoe UI Symbol"/>
          <w:sz w:val="18"/>
          <w:lang w:val="da-DK"/>
        </w:rPr>
        <w:t>☐</w:t>
      </w:r>
      <w:r w:rsidRPr="0089669F">
        <w:rPr>
          <w:rFonts w:ascii="Verdana" w:hAnsi="Verdana"/>
          <w:sz w:val="18"/>
          <w:lang w:val="da-DK"/>
        </w:rPr>
        <w:t xml:space="preserve"> Andet, anfør:</w:t>
      </w:r>
    </w:p>
    <w:p w14:paraId="06A3DF96" w14:textId="77777777" w:rsidR="0003792F" w:rsidRPr="0089669F" w:rsidRDefault="000260B6">
      <w:pPr>
        <w:rPr>
          <w:rFonts w:ascii="Verdana" w:hAnsi="Verdana"/>
          <w:sz w:val="18"/>
          <w:lang w:val="da-DK"/>
        </w:rPr>
      </w:pPr>
      <w:r w:rsidRPr="0089669F">
        <w:rPr>
          <w:rFonts w:ascii="Verdana" w:hAnsi="Verdana"/>
          <w:sz w:val="18"/>
          <w:lang w:val="da-DK"/>
        </w:rPr>
        <w:t>Kort beskrivelse af dit bidrag (maks. 75 ord):</w:t>
      </w:r>
    </w:p>
    <w:p w14:paraId="57C5207C" w14:textId="77777777" w:rsidR="00045AD3" w:rsidRPr="00792822" w:rsidRDefault="00045AD3" w:rsidP="00045AD3">
      <w:pPr>
        <w:rPr>
          <w:lang w:val="da-DK"/>
        </w:rPr>
      </w:pPr>
    </w:p>
    <w:p w14:paraId="407C0838" w14:textId="77777777" w:rsidR="00045AD3" w:rsidRPr="00792822" w:rsidRDefault="00045AD3" w:rsidP="00045AD3">
      <w:pPr>
        <w:pStyle w:val="Heading2"/>
        <w:rPr>
          <w:lang w:val="da-DK"/>
        </w:rPr>
      </w:pPr>
      <w:r>
        <w:rPr>
          <w:lang w:val="da-DK"/>
        </w:rPr>
        <w:t>6</w:t>
      </w:r>
      <w:r w:rsidRPr="00792822">
        <w:rPr>
          <w:lang w:val="da-DK"/>
        </w:rPr>
        <w:t xml:space="preserve">. </w:t>
      </w:r>
      <w:r>
        <w:rPr>
          <w:lang w:val="da-DK"/>
        </w:rPr>
        <w:t>Motivation</w:t>
      </w:r>
    </w:p>
    <w:p w14:paraId="715417A5" w14:textId="77777777" w:rsidR="00045AD3" w:rsidRPr="0089669F" w:rsidRDefault="00045AD3" w:rsidP="00045AD3">
      <w:pPr>
        <w:rPr>
          <w:rFonts w:ascii="Verdana" w:hAnsi="Verdana"/>
          <w:sz w:val="18"/>
          <w:lang w:val="da-DK"/>
        </w:rPr>
      </w:pPr>
      <w:r w:rsidRPr="0089669F">
        <w:rPr>
          <w:rFonts w:ascii="Verdana" w:hAnsi="Verdana"/>
          <w:sz w:val="18"/>
          <w:lang w:val="da-DK"/>
        </w:rPr>
        <w:t xml:space="preserve">Giv en kort redegørelse for din motivation for at blive en del af BoardPartner </w:t>
      </w:r>
    </w:p>
    <w:p w14:paraId="421C03D6" w14:textId="77777777" w:rsidR="00FB785A" w:rsidRPr="00FB785A" w:rsidRDefault="00FB785A" w:rsidP="00FB785A">
      <w:pPr>
        <w:pStyle w:val="Heading2"/>
        <w:rPr>
          <w:lang w:val="da-DK"/>
        </w:rPr>
      </w:pPr>
      <w:bookmarkStart w:id="1" w:name="_Hlk191053620"/>
    </w:p>
    <w:p w14:paraId="47CBFBFD" w14:textId="77777777" w:rsidR="00FB785A" w:rsidRPr="0089669F" w:rsidRDefault="00FB785A" w:rsidP="00FB785A">
      <w:pPr>
        <w:pStyle w:val="Heading2"/>
        <w:rPr>
          <w:rFonts w:ascii="Verdana" w:eastAsiaTheme="minorEastAsia" w:hAnsi="Verdana" w:cstheme="minorBidi"/>
          <w:b w:val="0"/>
          <w:bCs w:val="0"/>
          <w:color w:val="auto"/>
          <w:sz w:val="18"/>
          <w:szCs w:val="22"/>
          <w:lang w:val="da-DK"/>
        </w:rPr>
      </w:pPr>
      <w:r>
        <w:rPr>
          <w:lang w:val="da-DK"/>
        </w:rPr>
        <w:t>7</w:t>
      </w:r>
      <w:r w:rsidRPr="00FB785A">
        <w:rPr>
          <w:lang w:val="da-DK"/>
        </w:rPr>
        <w:t xml:space="preserve">.Kort profiltekst til </w:t>
      </w:r>
      <w:r w:rsidR="004A0F82">
        <w:rPr>
          <w:lang w:val="da-DK"/>
        </w:rPr>
        <w:t>BoardPartner-webside</w:t>
      </w:r>
      <w:r w:rsidRPr="00FB785A">
        <w:rPr>
          <w:lang w:val="da-DK"/>
        </w:rPr>
        <w:t>:</w:t>
      </w:r>
      <w:r w:rsidRPr="00102E85">
        <w:rPr>
          <w:lang w:val="da-DK"/>
        </w:rPr>
        <w:t xml:space="preserve"> </w:t>
      </w:r>
      <w:r w:rsidRPr="0089669F">
        <w:rPr>
          <w:rFonts w:ascii="Verdana" w:eastAsiaTheme="minorEastAsia" w:hAnsi="Verdana" w:cstheme="minorBidi"/>
          <w:b w:val="0"/>
          <w:bCs w:val="0"/>
          <w:color w:val="auto"/>
          <w:sz w:val="18"/>
          <w:szCs w:val="22"/>
          <w:lang w:val="da-DK"/>
        </w:rPr>
        <w:t>(</w:t>
      </w:r>
      <w:bookmarkEnd w:id="1"/>
      <w:r w:rsidRPr="0089669F">
        <w:rPr>
          <w:rFonts w:ascii="Verdana" w:eastAsiaTheme="minorEastAsia" w:hAnsi="Verdana" w:cstheme="minorBidi"/>
          <w:b w:val="0"/>
          <w:bCs w:val="0"/>
          <w:color w:val="auto"/>
          <w:sz w:val="18"/>
          <w:szCs w:val="22"/>
          <w:lang w:val="da-DK"/>
        </w:rPr>
        <w:t>maks. 35 - 40 ord)</w:t>
      </w:r>
      <w:r w:rsidR="0089669F">
        <w:rPr>
          <w:rFonts w:ascii="Verdana" w:eastAsiaTheme="minorEastAsia" w:hAnsi="Verdana" w:cstheme="minorBidi"/>
          <w:b w:val="0"/>
          <w:bCs w:val="0"/>
          <w:color w:val="auto"/>
          <w:sz w:val="18"/>
          <w:szCs w:val="22"/>
          <w:lang w:val="da-DK"/>
        </w:rPr>
        <w:t xml:space="preserve"> </w:t>
      </w:r>
      <w:r w:rsidRPr="0089669F">
        <w:rPr>
          <w:rFonts w:ascii="Verdana" w:eastAsiaTheme="minorEastAsia" w:hAnsi="Verdana" w:cstheme="minorBidi"/>
          <w:b w:val="0"/>
          <w:bCs w:val="0"/>
          <w:color w:val="auto"/>
          <w:sz w:val="18"/>
          <w:szCs w:val="22"/>
          <w:lang w:val="da-DK"/>
        </w:rPr>
        <w:t>Du kan se antallet af ord i Word til venstre nederst</w:t>
      </w:r>
      <w:r w:rsidR="00207B4A">
        <w:rPr>
          <w:rFonts w:ascii="Verdana" w:eastAsiaTheme="minorEastAsia" w:hAnsi="Verdana" w:cstheme="minorBidi"/>
          <w:b w:val="0"/>
          <w:bCs w:val="0"/>
          <w:color w:val="auto"/>
          <w:sz w:val="18"/>
          <w:szCs w:val="22"/>
          <w:lang w:val="da-DK"/>
        </w:rPr>
        <w:t>,</w:t>
      </w:r>
      <w:r w:rsidRPr="0089669F">
        <w:rPr>
          <w:rFonts w:ascii="Verdana" w:eastAsiaTheme="minorEastAsia" w:hAnsi="Verdana" w:cstheme="minorBidi"/>
          <w:b w:val="0"/>
          <w:bCs w:val="0"/>
          <w:color w:val="auto"/>
          <w:sz w:val="18"/>
          <w:szCs w:val="22"/>
          <w:lang w:val="da-DK"/>
        </w:rPr>
        <w:t xml:space="preserve"> hvis du </w:t>
      </w:r>
      <w:r w:rsidR="00111D44">
        <w:rPr>
          <w:rFonts w:ascii="Verdana" w:eastAsiaTheme="minorEastAsia" w:hAnsi="Verdana" w:cstheme="minorBidi"/>
          <w:b w:val="0"/>
          <w:bCs w:val="0"/>
          <w:color w:val="auto"/>
          <w:sz w:val="18"/>
          <w:szCs w:val="22"/>
          <w:lang w:val="da-DK"/>
        </w:rPr>
        <w:t>markerer</w:t>
      </w:r>
      <w:r w:rsidRPr="0089669F">
        <w:rPr>
          <w:rFonts w:ascii="Verdana" w:eastAsiaTheme="minorEastAsia" w:hAnsi="Verdana" w:cstheme="minorBidi"/>
          <w:b w:val="0"/>
          <w:bCs w:val="0"/>
          <w:color w:val="auto"/>
          <w:sz w:val="18"/>
          <w:szCs w:val="22"/>
          <w:lang w:val="da-DK"/>
        </w:rPr>
        <w:t xml:space="preserve"> </w:t>
      </w:r>
      <w:r w:rsidR="00065318" w:rsidRPr="0089669F">
        <w:rPr>
          <w:rFonts w:ascii="Verdana" w:eastAsiaTheme="minorEastAsia" w:hAnsi="Verdana" w:cstheme="minorBidi"/>
          <w:b w:val="0"/>
          <w:bCs w:val="0"/>
          <w:color w:val="auto"/>
          <w:sz w:val="18"/>
          <w:szCs w:val="22"/>
          <w:lang w:val="da-DK"/>
        </w:rPr>
        <w:t>teksten. For</w:t>
      </w:r>
      <w:r w:rsidRPr="0089669F">
        <w:rPr>
          <w:rFonts w:ascii="Verdana" w:eastAsiaTheme="minorEastAsia" w:hAnsi="Verdana" w:cstheme="minorBidi"/>
          <w:b w:val="0"/>
          <w:bCs w:val="0"/>
          <w:color w:val="auto"/>
          <w:sz w:val="18"/>
          <w:szCs w:val="22"/>
          <w:lang w:val="da-DK"/>
        </w:rPr>
        <w:t xml:space="preserve"> </w:t>
      </w:r>
      <w:r w:rsidR="004A0F82">
        <w:rPr>
          <w:rFonts w:ascii="Verdana" w:eastAsiaTheme="minorEastAsia" w:hAnsi="Verdana" w:cstheme="minorBidi"/>
          <w:b w:val="0"/>
          <w:bCs w:val="0"/>
          <w:color w:val="auto"/>
          <w:sz w:val="18"/>
          <w:szCs w:val="22"/>
          <w:lang w:val="da-DK"/>
        </w:rPr>
        <w:t xml:space="preserve">at få </w:t>
      </w:r>
      <w:r w:rsidRPr="0089669F">
        <w:rPr>
          <w:rFonts w:ascii="Verdana" w:eastAsiaTheme="minorEastAsia" w:hAnsi="Verdana" w:cstheme="minorBidi"/>
          <w:b w:val="0"/>
          <w:bCs w:val="0"/>
          <w:color w:val="auto"/>
          <w:sz w:val="18"/>
          <w:szCs w:val="22"/>
          <w:lang w:val="da-DK"/>
        </w:rPr>
        <w:t xml:space="preserve">et ensartet udtryk på hjemmesiden skal du skrive i tredje person. </w:t>
      </w:r>
    </w:p>
    <w:p w14:paraId="778EEB2E" w14:textId="77777777" w:rsidR="00FB785A" w:rsidRPr="00102E85" w:rsidRDefault="00FB785A" w:rsidP="00FB785A">
      <w:pPr>
        <w:rPr>
          <w:lang w:val="da-DK"/>
        </w:rPr>
      </w:pPr>
    </w:p>
    <w:p w14:paraId="40E12E7C" w14:textId="77777777" w:rsidR="00FB785A" w:rsidRPr="0089669F" w:rsidRDefault="00FB785A" w:rsidP="00FB785A">
      <w:pPr>
        <w:rPr>
          <w:rFonts w:ascii="Verdana" w:hAnsi="Verdana"/>
          <w:sz w:val="18"/>
          <w:lang w:val="da-DK"/>
        </w:rPr>
      </w:pPr>
      <w:r w:rsidRPr="00102E85">
        <w:rPr>
          <w:rFonts w:asciiTheme="majorHAnsi" w:eastAsiaTheme="majorEastAsia" w:hAnsiTheme="majorHAnsi" w:cstheme="majorBidi"/>
          <w:b/>
          <w:bCs/>
          <w:color w:val="4F81BD" w:themeColor="accent1"/>
          <w:sz w:val="26"/>
          <w:szCs w:val="26"/>
          <w:lang w:val="da-DK"/>
        </w:rPr>
        <w:t xml:space="preserve">8.Lang profiltekst til </w:t>
      </w:r>
      <w:r w:rsidR="004A0F82">
        <w:rPr>
          <w:rFonts w:asciiTheme="majorHAnsi" w:eastAsiaTheme="majorEastAsia" w:hAnsiTheme="majorHAnsi" w:cstheme="majorBidi"/>
          <w:b/>
          <w:bCs/>
          <w:color w:val="4F81BD" w:themeColor="accent1"/>
          <w:sz w:val="26"/>
          <w:szCs w:val="26"/>
          <w:lang w:val="da-DK"/>
        </w:rPr>
        <w:t>BoardPartner-webside</w:t>
      </w:r>
      <w:r w:rsidRPr="00102E85">
        <w:rPr>
          <w:rFonts w:asciiTheme="majorHAnsi" w:eastAsiaTheme="majorEastAsia" w:hAnsiTheme="majorHAnsi" w:cstheme="majorBidi"/>
          <w:b/>
          <w:bCs/>
          <w:color w:val="4F81BD" w:themeColor="accent1"/>
          <w:sz w:val="26"/>
          <w:szCs w:val="26"/>
          <w:lang w:val="da-DK"/>
        </w:rPr>
        <w:t>:</w:t>
      </w:r>
      <w:r w:rsidRPr="00102E85">
        <w:rPr>
          <w:lang w:val="da-DK"/>
        </w:rPr>
        <w:t xml:space="preserve"> </w:t>
      </w:r>
      <w:r w:rsidRPr="0089669F">
        <w:rPr>
          <w:rFonts w:ascii="Verdana" w:hAnsi="Verdana"/>
          <w:sz w:val="18"/>
          <w:lang w:val="da-DK"/>
        </w:rPr>
        <w:t>(maks. 75 ord)</w:t>
      </w:r>
      <w:r w:rsidR="000260B6" w:rsidRPr="0089669F">
        <w:rPr>
          <w:rFonts w:ascii="Verdana" w:hAnsi="Verdana"/>
          <w:sz w:val="18"/>
          <w:lang w:val="da-DK"/>
        </w:rPr>
        <w:t xml:space="preserve"> </w:t>
      </w:r>
      <w:r w:rsidRPr="0089669F">
        <w:rPr>
          <w:rFonts w:ascii="Verdana" w:hAnsi="Verdana"/>
          <w:sz w:val="18"/>
          <w:lang w:val="da-DK"/>
        </w:rPr>
        <w:t>Du kan se antallet af ord i Word til venstre nederst</w:t>
      </w:r>
      <w:r w:rsidR="004A0F82">
        <w:rPr>
          <w:rFonts w:ascii="Verdana" w:hAnsi="Verdana"/>
          <w:sz w:val="18"/>
          <w:lang w:val="da-DK"/>
        </w:rPr>
        <w:t>,</w:t>
      </w:r>
      <w:r w:rsidRPr="0089669F">
        <w:rPr>
          <w:rFonts w:ascii="Verdana" w:hAnsi="Verdana"/>
          <w:sz w:val="18"/>
          <w:lang w:val="da-DK"/>
        </w:rPr>
        <w:t xml:space="preserve"> hvis du </w:t>
      </w:r>
      <w:r w:rsidR="004A0F82">
        <w:rPr>
          <w:rFonts w:ascii="Verdana" w:hAnsi="Verdana"/>
          <w:sz w:val="18"/>
          <w:lang w:val="da-DK"/>
        </w:rPr>
        <w:t>markerer</w:t>
      </w:r>
      <w:r w:rsidRPr="0089669F">
        <w:rPr>
          <w:rFonts w:ascii="Verdana" w:hAnsi="Verdana"/>
          <w:sz w:val="18"/>
          <w:lang w:val="da-DK"/>
        </w:rPr>
        <w:t xml:space="preserve"> </w:t>
      </w:r>
      <w:r w:rsidR="00065318" w:rsidRPr="0089669F">
        <w:rPr>
          <w:rFonts w:ascii="Verdana" w:hAnsi="Verdana"/>
          <w:sz w:val="18"/>
          <w:lang w:val="da-DK"/>
        </w:rPr>
        <w:t>teksten. For</w:t>
      </w:r>
      <w:r w:rsidRPr="0089669F">
        <w:rPr>
          <w:rFonts w:ascii="Verdana" w:hAnsi="Verdana"/>
          <w:sz w:val="18"/>
          <w:lang w:val="da-DK"/>
        </w:rPr>
        <w:t xml:space="preserve"> </w:t>
      </w:r>
      <w:r w:rsidR="004A0F82">
        <w:rPr>
          <w:rFonts w:ascii="Verdana" w:hAnsi="Verdana"/>
          <w:sz w:val="18"/>
          <w:lang w:val="da-DK"/>
        </w:rPr>
        <w:t xml:space="preserve">at få </w:t>
      </w:r>
      <w:r w:rsidRPr="0089669F">
        <w:rPr>
          <w:rFonts w:ascii="Verdana" w:hAnsi="Verdana"/>
          <w:sz w:val="18"/>
          <w:lang w:val="da-DK"/>
        </w:rPr>
        <w:t>et ensartet udtryk på hjemmesiden skal du skrive i tredje person.</w:t>
      </w:r>
    </w:p>
    <w:p w14:paraId="19C11EBF" w14:textId="77777777" w:rsidR="00792822" w:rsidRPr="00102E85" w:rsidRDefault="00792822">
      <w:pPr>
        <w:rPr>
          <w:lang w:val="da-DK"/>
        </w:rPr>
      </w:pPr>
    </w:p>
    <w:p w14:paraId="20C534BE" w14:textId="77777777" w:rsidR="0003792F" w:rsidRPr="00792822" w:rsidRDefault="00FB785A">
      <w:pPr>
        <w:pStyle w:val="Heading2"/>
        <w:rPr>
          <w:lang w:val="da-DK"/>
        </w:rPr>
      </w:pPr>
      <w:r>
        <w:rPr>
          <w:lang w:val="da-DK"/>
        </w:rPr>
        <w:t>9</w:t>
      </w:r>
      <w:r w:rsidR="00792822" w:rsidRPr="00792822">
        <w:rPr>
          <w:lang w:val="da-DK"/>
        </w:rPr>
        <w:t>. Afsluttende oplysninger</w:t>
      </w:r>
    </w:p>
    <w:p w14:paraId="48852F12" w14:textId="77777777" w:rsidR="0003792F" w:rsidRPr="0089669F" w:rsidRDefault="000260B6">
      <w:pPr>
        <w:rPr>
          <w:rFonts w:ascii="Verdana" w:hAnsi="Verdana"/>
          <w:sz w:val="18"/>
          <w:lang w:val="da-DK"/>
        </w:rPr>
      </w:pPr>
      <w:r w:rsidRPr="0089669F">
        <w:rPr>
          <w:rFonts w:ascii="Verdana" w:hAnsi="Verdana"/>
          <w:sz w:val="18"/>
          <w:lang w:val="da-DK"/>
        </w:rPr>
        <w:t>Referencer (Angiv én eller to personer, der kan kontaktes efter aftale)</w:t>
      </w:r>
      <w:r w:rsidR="006534A1">
        <w:rPr>
          <w:rFonts w:ascii="Verdana" w:hAnsi="Verdana"/>
          <w:sz w:val="18"/>
          <w:lang w:val="da-DK"/>
        </w:rPr>
        <w:t>:</w:t>
      </w:r>
    </w:p>
    <w:p w14:paraId="386B9B68" w14:textId="77777777" w:rsidR="0003792F" w:rsidRDefault="000260B6">
      <w:pPr>
        <w:rPr>
          <w:rFonts w:ascii="Verdana" w:hAnsi="Verdana"/>
          <w:sz w:val="18"/>
          <w:lang w:val="da-DK"/>
        </w:rPr>
      </w:pPr>
      <w:r w:rsidRPr="0089669F">
        <w:rPr>
          <w:rFonts w:ascii="Verdana" w:hAnsi="Verdana"/>
          <w:sz w:val="18"/>
          <w:lang w:val="da-DK"/>
        </w:rPr>
        <w:t>Har du en bestyrelsesforsikring?</w:t>
      </w:r>
      <w:r w:rsidR="00C0732E">
        <w:rPr>
          <w:rFonts w:ascii="Verdana" w:hAnsi="Verdana"/>
          <w:sz w:val="18"/>
          <w:lang w:val="da-DK"/>
        </w:rPr>
        <w:t xml:space="preserve"> </w:t>
      </w:r>
      <w:r w:rsidR="006534A1">
        <w:rPr>
          <w:rFonts w:ascii="Verdana" w:hAnsi="Verdana"/>
          <w:sz w:val="18"/>
          <w:lang w:val="da-DK"/>
        </w:rPr>
        <w:t xml:space="preserve">  </w:t>
      </w:r>
      <w:r w:rsidR="006534A1">
        <w:rPr>
          <w:rFonts w:ascii="Verdana" w:hAnsi="Verdana"/>
          <w:sz w:val="18"/>
          <w:lang w:val="da-DK"/>
        </w:rPr>
        <w:tab/>
      </w:r>
      <w:r w:rsidR="006534A1">
        <w:rPr>
          <w:rFonts w:ascii="Verdana" w:hAnsi="Verdana"/>
          <w:sz w:val="18"/>
          <w:lang w:val="da-DK"/>
        </w:rPr>
        <w:tab/>
      </w:r>
      <w:r w:rsidR="006534A1">
        <w:rPr>
          <w:rFonts w:ascii="Verdana" w:hAnsi="Verdana"/>
          <w:sz w:val="18"/>
          <w:lang w:val="da-DK"/>
        </w:rPr>
        <w:tab/>
      </w:r>
      <w:r w:rsidR="006534A1">
        <w:rPr>
          <w:rFonts w:ascii="Verdana" w:hAnsi="Verdana"/>
          <w:sz w:val="18"/>
          <w:lang w:val="da-DK"/>
        </w:rPr>
        <w:tab/>
      </w:r>
      <w:r w:rsidR="006534A1">
        <w:rPr>
          <w:rFonts w:ascii="Verdana" w:hAnsi="Verdana"/>
          <w:sz w:val="18"/>
          <w:lang w:val="da-DK"/>
        </w:rPr>
        <w:tab/>
      </w:r>
      <w:r w:rsidRPr="0089669F">
        <w:rPr>
          <w:rFonts w:ascii="Segoe UI Symbol" w:hAnsi="Segoe UI Symbol" w:cs="Segoe UI Symbol"/>
          <w:sz w:val="18"/>
          <w:lang w:val="da-DK"/>
        </w:rPr>
        <w:t>☐</w:t>
      </w:r>
      <w:r w:rsidRPr="0089669F">
        <w:rPr>
          <w:rFonts w:ascii="Verdana" w:hAnsi="Verdana"/>
          <w:sz w:val="18"/>
          <w:lang w:val="da-DK"/>
        </w:rPr>
        <w:t xml:space="preserve"> Ja, privat</w:t>
      </w:r>
      <w:r w:rsidR="00527267">
        <w:rPr>
          <w:rFonts w:ascii="Verdana" w:hAnsi="Verdana"/>
          <w:sz w:val="18"/>
          <w:lang w:val="da-DK"/>
        </w:rPr>
        <w:t xml:space="preserve">    </w:t>
      </w:r>
      <w:r w:rsidRPr="0089669F">
        <w:rPr>
          <w:rFonts w:ascii="Segoe UI Symbol" w:hAnsi="Segoe UI Symbol" w:cs="Segoe UI Symbol"/>
          <w:sz w:val="18"/>
          <w:lang w:val="da-DK"/>
        </w:rPr>
        <w:t>☐</w:t>
      </w:r>
      <w:r w:rsidRPr="0089669F">
        <w:rPr>
          <w:rFonts w:ascii="Verdana" w:hAnsi="Verdana"/>
          <w:sz w:val="18"/>
          <w:lang w:val="da-DK"/>
        </w:rPr>
        <w:t xml:space="preserve"> Via selskab</w:t>
      </w:r>
      <w:r w:rsidR="00527267">
        <w:rPr>
          <w:rFonts w:ascii="Verdana" w:hAnsi="Verdana"/>
          <w:sz w:val="18"/>
          <w:lang w:val="da-DK"/>
        </w:rPr>
        <w:t xml:space="preserve">   </w:t>
      </w:r>
      <w:r w:rsidRPr="0089669F">
        <w:rPr>
          <w:rFonts w:ascii="Segoe UI Symbol" w:hAnsi="Segoe UI Symbol" w:cs="Segoe UI Symbol"/>
          <w:sz w:val="18"/>
          <w:lang w:val="da-DK"/>
        </w:rPr>
        <w:t>☐</w:t>
      </w:r>
      <w:r w:rsidRPr="0089669F">
        <w:rPr>
          <w:rFonts w:ascii="Verdana" w:hAnsi="Verdana"/>
          <w:sz w:val="18"/>
          <w:lang w:val="da-DK"/>
        </w:rPr>
        <w:t xml:space="preserve"> Nej</w:t>
      </w:r>
    </w:p>
    <w:p w14:paraId="1335C4C4" w14:textId="77777777" w:rsidR="00F20555" w:rsidRDefault="00527267">
      <w:pPr>
        <w:rPr>
          <w:rFonts w:ascii="Segoe UI Symbol" w:hAnsi="Segoe UI Symbol" w:cs="Segoe UI Symbol"/>
          <w:sz w:val="18"/>
          <w:lang w:val="da-DK"/>
        </w:rPr>
      </w:pPr>
      <w:r w:rsidRPr="00527267">
        <w:rPr>
          <w:rFonts w:ascii="Verdana" w:hAnsi="Verdana"/>
          <w:i/>
          <w:iCs/>
          <w:sz w:val="18"/>
          <w:lang w:val="da-DK"/>
        </w:rPr>
        <w:t>Personlig bestyrelsesansvarsforsikring (valgfrit):</w:t>
      </w:r>
      <w:r w:rsidRPr="00527267">
        <w:rPr>
          <w:rFonts w:ascii="Verdana" w:hAnsi="Verdana"/>
          <w:sz w:val="18"/>
          <w:lang w:val="da-DK"/>
        </w:rPr>
        <w:br/>
        <w:t xml:space="preserve">BoardPartner tilbyder via HDI en fælles rammeaftale for bestyrelsesansvarsforsikring, som kan dække alle dine poster (5 eller 10 mio. DKK). Kryds af, hvis du ønsker et personligt tilbud. </w:t>
      </w:r>
      <w:r>
        <w:rPr>
          <w:rFonts w:ascii="Verdana" w:hAnsi="Verdana"/>
          <w:sz w:val="18"/>
          <w:lang w:val="da-DK"/>
        </w:rPr>
        <w:tab/>
      </w:r>
      <w:r>
        <w:rPr>
          <w:rFonts w:ascii="Verdana" w:hAnsi="Verdana"/>
          <w:sz w:val="18"/>
          <w:lang w:val="da-DK"/>
        </w:rPr>
        <w:tab/>
      </w:r>
      <w:r>
        <w:rPr>
          <w:rFonts w:ascii="Verdana" w:hAnsi="Verdana"/>
          <w:sz w:val="18"/>
          <w:lang w:val="da-DK"/>
        </w:rPr>
        <w:tab/>
      </w:r>
      <w:r w:rsidRPr="0089669F">
        <w:rPr>
          <w:rFonts w:ascii="Segoe UI Symbol" w:hAnsi="Segoe UI Symbol" w:cs="Segoe UI Symbol"/>
          <w:sz w:val="18"/>
          <w:lang w:val="da-DK"/>
        </w:rPr>
        <w:t>☐</w:t>
      </w:r>
    </w:p>
    <w:p w14:paraId="10CA60D5" w14:textId="77777777" w:rsidR="00F20555" w:rsidRDefault="00F20555">
      <w:pPr>
        <w:rPr>
          <w:rFonts w:ascii="Segoe UI Symbol" w:hAnsi="Segoe UI Symbol" w:cs="Segoe UI Symbol"/>
          <w:sz w:val="18"/>
          <w:lang w:val="da-DK"/>
        </w:rPr>
      </w:pPr>
      <w:r>
        <w:rPr>
          <w:rFonts w:ascii="Segoe UI Symbol" w:hAnsi="Segoe UI Symbol" w:cs="Segoe UI Symbol"/>
          <w:sz w:val="18"/>
          <w:lang w:val="da-DK"/>
        </w:rPr>
        <w:br w:type="page"/>
      </w:r>
    </w:p>
    <w:p w14:paraId="3EF185C0" w14:textId="77777777" w:rsidR="0003792F" w:rsidRDefault="00FB785A">
      <w:pPr>
        <w:pStyle w:val="Heading2"/>
        <w:rPr>
          <w:lang w:val="da-DK"/>
        </w:rPr>
      </w:pPr>
      <w:r>
        <w:rPr>
          <w:lang w:val="da-DK"/>
        </w:rPr>
        <w:lastRenderedPageBreak/>
        <w:t>10</w:t>
      </w:r>
      <w:r w:rsidR="00792822" w:rsidRPr="00792822">
        <w:rPr>
          <w:lang w:val="da-DK"/>
        </w:rPr>
        <w:t>. Samtykke og erklæring</w:t>
      </w:r>
      <w:r w:rsidR="000260B6">
        <w:rPr>
          <w:lang w:val="da-DK"/>
        </w:rPr>
        <w:t xml:space="preserve">  </w:t>
      </w:r>
    </w:p>
    <w:p w14:paraId="52A4DD55" w14:textId="77777777" w:rsidR="0003792F" w:rsidRPr="00792822" w:rsidRDefault="000260B6">
      <w:pPr>
        <w:rPr>
          <w:lang w:val="da-DK"/>
        </w:rPr>
      </w:pPr>
      <w:r w:rsidRPr="00792822">
        <w:rPr>
          <w:rFonts w:ascii="Segoe UI Symbol" w:hAnsi="Segoe UI Symbol" w:cs="Segoe UI Symbol"/>
          <w:lang w:val="da-DK"/>
        </w:rPr>
        <w:t>☐</w:t>
      </w:r>
      <w:r w:rsidRPr="00792822">
        <w:rPr>
          <w:lang w:val="da-DK"/>
        </w:rPr>
        <w:t xml:space="preserve"> </w:t>
      </w:r>
      <w:r w:rsidRPr="0089669F">
        <w:rPr>
          <w:rFonts w:ascii="Verdana" w:hAnsi="Verdana"/>
          <w:sz w:val="18"/>
          <w:lang w:val="da-DK"/>
        </w:rPr>
        <w:t>Jeg bekræfter, at jeg har læst og vil efterleve BoardPartners værdier og kriterier for medlemskab</w:t>
      </w:r>
      <w:r w:rsidRPr="00792822">
        <w:rPr>
          <w:lang w:val="da-DK"/>
        </w:rPr>
        <w:t>.</w:t>
      </w:r>
    </w:p>
    <w:p w14:paraId="19CBE3C4" w14:textId="77777777" w:rsidR="0003792F" w:rsidRPr="0089669F" w:rsidRDefault="000260B6">
      <w:pPr>
        <w:rPr>
          <w:rFonts w:ascii="Verdana" w:hAnsi="Verdana"/>
          <w:sz w:val="18"/>
          <w:lang w:val="da-DK"/>
        </w:rPr>
      </w:pPr>
      <w:r w:rsidRPr="0089669F">
        <w:rPr>
          <w:rFonts w:ascii="Segoe UI Symbol" w:hAnsi="Segoe UI Symbol" w:cs="Segoe UI Symbol"/>
          <w:sz w:val="18"/>
          <w:lang w:val="da-DK"/>
        </w:rPr>
        <w:t>☐</w:t>
      </w:r>
      <w:r w:rsidRPr="0089669F">
        <w:rPr>
          <w:rFonts w:ascii="Verdana" w:hAnsi="Verdana"/>
          <w:sz w:val="18"/>
          <w:lang w:val="da-DK"/>
        </w:rPr>
        <w:t xml:space="preserve"> Jeg giver samtykke til, at BoardPartner behandler mine personoplysninger i forbindelse med ansøgningen.</w:t>
      </w:r>
    </w:p>
    <w:p w14:paraId="3DEDA088" w14:textId="77777777" w:rsidR="00E90518" w:rsidRDefault="00E90518" w:rsidP="00E90518">
      <w:pPr>
        <w:spacing w:before="240" w:after="240" w:line="260" w:lineRule="exact"/>
        <w:rPr>
          <w:rFonts w:ascii="Verdana" w:hAnsi="Verdana"/>
          <w:sz w:val="18"/>
          <w:lang w:val="da-DK"/>
        </w:rPr>
      </w:pPr>
    </w:p>
    <w:p w14:paraId="60346270" w14:textId="77777777" w:rsidR="00E90518" w:rsidRDefault="00E90518" w:rsidP="00E90518">
      <w:pPr>
        <w:spacing w:before="240" w:after="240" w:line="260" w:lineRule="exact"/>
        <w:rPr>
          <w:rFonts w:ascii="Verdana" w:hAnsi="Verdana"/>
          <w:sz w:val="18"/>
          <w:lang w:val="da-DK"/>
        </w:rPr>
      </w:pPr>
    </w:p>
    <w:p w14:paraId="54B14524" w14:textId="77777777" w:rsidR="00E90518" w:rsidRPr="00E64464" w:rsidRDefault="00E90518" w:rsidP="00E90518">
      <w:pPr>
        <w:rPr>
          <w:rFonts w:ascii="Verdana" w:hAnsi="Verdana"/>
          <w:sz w:val="17"/>
          <w:szCs w:val="17"/>
          <w:lang w:val="da-DK"/>
        </w:rPr>
      </w:pPr>
      <w:r w:rsidRPr="00E64464">
        <w:rPr>
          <w:rFonts w:ascii="Verdana" w:hAnsi="Verdana"/>
          <w:sz w:val="17"/>
          <w:szCs w:val="17"/>
          <w:lang w:val="da-DK"/>
        </w:rPr>
        <w:t xml:space="preserve">                               , den                  20</w:t>
      </w:r>
      <w:r>
        <w:rPr>
          <w:rFonts w:ascii="Verdana" w:hAnsi="Verdana"/>
          <w:sz w:val="17"/>
          <w:szCs w:val="17"/>
          <w:lang w:val="da-DK"/>
        </w:rPr>
        <w:t>2x</w:t>
      </w:r>
      <w:r w:rsidRPr="00E64464">
        <w:rPr>
          <w:rFonts w:ascii="Verdana" w:hAnsi="Verdana"/>
          <w:sz w:val="17"/>
          <w:szCs w:val="17"/>
          <w:lang w:val="da-DK"/>
        </w:rPr>
        <w:t xml:space="preserve">  </w:t>
      </w:r>
    </w:p>
    <w:p w14:paraId="2FB669D8" w14:textId="77777777" w:rsidR="00E90518" w:rsidRPr="00E64464" w:rsidRDefault="00E90518" w:rsidP="00E90518">
      <w:pPr>
        <w:jc w:val="center"/>
        <w:rPr>
          <w:rFonts w:ascii="Verdana" w:hAnsi="Verdana"/>
          <w:sz w:val="17"/>
          <w:szCs w:val="17"/>
          <w:lang w:val="da-DK"/>
        </w:rPr>
      </w:pPr>
    </w:p>
    <w:p w14:paraId="04074F4D" w14:textId="77777777" w:rsidR="00E90518" w:rsidRPr="00E64464" w:rsidRDefault="00E90518" w:rsidP="00E90518">
      <w:pPr>
        <w:rPr>
          <w:rFonts w:ascii="Verdana" w:hAnsi="Verdana"/>
          <w:sz w:val="17"/>
          <w:szCs w:val="17"/>
          <w:lang w:val="da-DK"/>
        </w:rPr>
      </w:pPr>
      <w:r>
        <w:rPr>
          <w:rFonts w:ascii="Verdana" w:hAnsi="Verdana"/>
          <w:sz w:val="17"/>
          <w:szCs w:val="17"/>
          <w:lang w:val="da-DK"/>
        </w:rPr>
        <w:t xml:space="preserve">Navn: </w:t>
      </w:r>
      <w:r w:rsidRPr="00E64464">
        <w:rPr>
          <w:rFonts w:ascii="Verdana" w:hAnsi="Verdana"/>
          <w:sz w:val="17"/>
          <w:szCs w:val="17"/>
          <w:lang w:val="da-DK"/>
        </w:rPr>
        <w:t>________________________________</w:t>
      </w:r>
      <w:r>
        <w:rPr>
          <w:rFonts w:ascii="Verdana" w:hAnsi="Verdana"/>
          <w:sz w:val="17"/>
          <w:szCs w:val="17"/>
          <w:lang w:val="da-DK"/>
        </w:rPr>
        <w:t xml:space="preserve">    Underskrift: </w:t>
      </w:r>
      <w:r w:rsidRPr="00E64464">
        <w:rPr>
          <w:rFonts w:ascii="Verdana" w:hAnsi="Verdana"/>
          <w:sz w:val="17"/>
          <w:szCs w:val="17"/>
          <w:lang w:val="da-DK"/>
        </w:rPr>
        <w:t>________________________________</w:t>
      </w:r>
    </w:p>
    <w:p w14:paraId="2779E98F" w14:textId="77777777" w:rsidR="009838DE" w:rsidRDefault="009838DE">
      <w:pPr>
        <w:pStyle w:val="Heading2"/>
        <w:rPr>
          <w:lang w:val="da-DK"/>
        </w:rPr>
      </w:pPr>
    </w:p>
    <w:p w14:paraId="0B01C95A" w14:textId="77777777" w:rsidR="0003792F" w:rsidRPr="00792822" w:rsidRDefault="000260B6">
      <w:pPr>
        <w:pStyle w:val="Heading2"/>
        <w:rPr>
          <w:lang w:val="da-DK"/>
        </w:rPr>
      </w:pPr>
      <w:r w:rsidRPr="00792822">
        <w:rPr>
          <w:lang w:val="da-DK"/>
        </w:rPr>
        <w:t>Fremsendelse af ansøgning</w:t>
      </w:r>
    </w:p>
    <w:p w14:paraId="5E963039" w14:textId="77777777" w:rsidR="0003792F" w:rsidRDefault="000260B6" w:rsidP="00102E85">
      <w:pPr>
        <w:rPr>
          <w:lang w:val="da-DK"/>
        </w:rPr>
      </w:pPr>
      <w:r w:rsidRPr="0089669F">
        <w:rPr>
          <w:rFonts w:ascii="Verdana" w:hAnsi="Verdana"/>
          <w:sz w:val="18"/>
          <w:lang w:val="da-DK"/>
        </w:rPr>
        <w:t xml:space="preserve">Send skemaet sammen med dit CV til </w:t>
      </w:r>
      <w:r w:rsidR="00102E85" w:rsidRPr="0089669F">
        <w:rPr>
          <w:rFonts w:ascii="Verdana" w:hAnsi="Verdana"/>
          <w:sz w:val="18"/>
          <w:lang w:val="da-DK"/>
        </w:rPr>
        <w:t>foreningens formand for rekrutteringsudvalget:</w:t>
      </w:r>
      <w:r w:rsidR="0089669F" w:rsidRPr="0089669F">
        <w:rPr>
          <w:rFonts w:ascii="Verdana" w:hAnsi="Verdana"/>
          <w:sz w:val="18"/>
          <w:lang w:val="da-DK"/>
        </w:rPr>
        <w:t xml:space="preserve">  </w:t>
      </w:r>
      <w:r w:rsidR="00102E85" w:rsidRPr="0089669F">
        <w:rPr>
          <w:rFonts w:ascii="Verdana" w:hAnsi="Verdana"/>
          <w:sz w:val="18"/>
          <w:lang w:val="da-DK"/>
        </w:rPr>
        <w:t xml:space="preserve">Else Beth Trautner </w:t>
      </w:r>
      <w:hyperlink r:id="rId11" w:history="1">
        <w:r w:rsidR="00102E85" w:rsidRPr="0089669F">
          <w:rPr>
            <w:rStyle w:val="Hyperlink"/>
            <w:rFonts w:ascii="Verdana" w:hAnsi="Verdana"/>
            <w:sz w:val="18"/>
            <w:szCs w:val="18"/>
            <w:lang w:val="da-DK"/>
          </w:rPr>
          <w:t>eb@trautner.life</w:t>
        </w:r>
      </w:hyperlink>
    </w:p>
    <w:p w14:paraId="42C4F331" w14:textId="77777777" w:rsidR="00102E85" w:rsidRPr="00792822" w:rsidRDefault="00102E85">
      <w:pPr>
        <w:rPr>
          <w:lang w:val="da-DK"/>
        </w:rPr>
      </w:pPr>
    </w:p>
    <w:p w14:paraId="18B27BA4" w14:textId="77777777" w:rsidR="00102E85" w:rsidRPr="0089669F" w:rsidRDefault="000260B6">
      <w:pPr>
        <w:rPr>
          <w:rFonts w:ascii="Verdana" w:hAnsi="Verdana"/>
          <w:sz w:val="18"/>
          <w:lang w:val="da-DK"/>
        </w:rPr>
      </w:pPr>
      <w:r w:rsidRPr="0089669F">
        <w:rPr>
          <w:rFonts w:ascii="Verdana" w:hAnsi="Verdana"/>
          <w:sz w:val="18"/>
          <w:lang w:val="da-DK"/>
        </w:rPr>
        <w:t>Behandling af ansøgning: Ansøgningen vurderes af rekrutteringsudvalget, hvorefter du eventuelt indkaldes til samtale. Herefter gives besked om optagelse eller afslag.</w:t>
      </w:r>
    </w:p>
    <w:p w14:paraId="123DF814" w14:textId="77777777" w:rsidR="00102E85" w:rsidRPr="0089669F" w:rsidRDefault="00102E85">
      <w:pPr>
        <w:rPr>
          <w:lang w:val="da-DK"/>
        </w:rPr>
      </w:pPr>
    </w:p>
    <w:p w14:paraId="6E62E543" w14:textId="77777777" w:rsidR="00102E85" w:rsidRPr="00102E85" w:rsidRDefault="00102E85" w:rsidP="00102E85">
      <w:pPr>
        <w:rPr>
          <w:rFonts w:asciiTheme="majorHAnsi" w:eastAsiaTheme="majorEastAsia" w:hAnsiTheme="majorHAnsi" w:cstheme="majorBidi"/>
          <w:b/>
          <w:bCs/>
          <w:color w:val="4F81BD" w:themeColor="accent1"/>
          <w:sz w:val="26"/>
          <w:szCs w:val="26"/>
          <w:lang w:val="da-DK"/>
        </w:rPr>
      </w:pPr>
      <w:r w:rsidRPr="00102E85">
        <w:rPr>
          <w:rFonts w:asciiTheme="majorHAnsi" w:eastAsiaTheme="majorEastAsia" w:hAnsiTheme="majorHAnsi" w:cstheme="majorBidi"/>
          <w:b/>
          <w:bCs/>
          <w:color w:val="4F81BD" w:themeColor="accent1"/>
          <w:sz w:val="26"/>
          <w:szCs w:val="26"/>
          <w:lang w:val="da-DK"/>
        </w:rPr>
        <w:t>Ved optagelse</w:t>
      </w:r>
    </w:p>
    <w:p w14:paraId="63023EE9" w14:textId="77777777" w:rsidR="00102E85" w:rsidRDefault="00102E85" w:rsidP="00102E85">
      <w:pPr>
        <w:rPr>
          <w:rFonts w:ascii="Verdana" w:hAnsi="Verdana"/>
          <w:sz w:val="18"/>
          <w:lang w:val="da-DK"/>
        </w:rPr>
      </w:pPr>
      <w:r w:rsidRPr="0089669F">
        <w:rPr>
          <w:rFonts w:ascii="Verdana" w:hAnsi="Verdana"/>
          <w:sz w:val="18"/>
          <w:lang w:val="da-DK"/>
        </w:rPr>
        <w:t xml:space="preserve">Du vil umiddelbart efter din optagelse modtage </w:t>
      </w:r>
      <w:r w:rsidR="00547AE1">
        <w:rPr>
          <w:rFonts w:ascii="Verdana" w:hAnsi="Verdana"/>
          <w:sz w:val="18"/>
          <w:lang w:val="da-DK"/>
        </w:rPr>
        <w:t xml:space="preserve">en </w:t>
      </w:r>
      <w:r w:rsidRPr="0089669F">
        <w:rPr>
          <w:rFonts w:ascii="Verdana" w:hAnsi="Verdana"/>
          <w:sz w:val="18"/>
          <w:lang w:val="da-DK"/>
        </w:rPr>
        <w:t xml:space="preserve">faktura for årskontingentet, der for nuværende er kr. </w:t>
      </w:r>
      <w:r w:rsidR="001411B1">
        <w:rPr>
          <w:rFonts w:ascii="Verdana" w:hAnsi="Verdana"/>
          <w:sz w:val="18"/>
          <w:lang w:val="da-DK"/>
        </w:rPr>
        <w:t>6</w:t>
      </w:r>
      <w:r w:rsidRPr="0089669F">
        <w:rPr>
          <w:rFonts w:ascii="Verdana" w:hAnsi="Verdana"/>
          <w:sz w:val="18"/>
          <w:lang w:val="da-DK"/>
        </w:rPr>
        <w:t>.</w:t>
      </w:r>
      <w:r w:rsidR="001411B1">
        <w:rPr>
          <w:rFonts w:ascii="Verdana" w:hAnsi="Verdana"/>
          <w:sz w:val="18"/>
          <w:lang w:val="da-DK"/>
        </w:rPr>
        <w:t>0</w:t>
      </w:r>
      <w:r w:rsidRPr="0089669F">
        <w:rPr>
          <w:rFonts w:ascii="Verdana" w:hAnsi="Verdana"/>
          <w:sz w:val="18"/>
          <w:lang w:val="da-DK"/>
        </w:rPr>
        <w:t xml:space="preserve">00,00 </w:t>
      </w:r>
      <w:r w:rsidR="00C12190" w:rsidRPr="00C12190">
        <w:rPr>
          <w:rFonts w:ascii="Verdana" w:hAnsi="Verdana"/>
          <w:sz w:val="18"/>
          <w:lang w:val="da-DK"/>
        </w:rPr>
        <w:t>+ moms</w:t>
      </w:r>
      <w:r w:rsidR="00C12190">
        <w:rPr>
          <w:rFonts w:ascii="Verdana" w:hAnsi="Verdana"/>
          <w:sz w:val="18"/>
          <w:lang w:val="da-DK"/>
        </w:rPr>
        <w:t xml:space="preserve"> </w:t>
      </w:r>
      <w:r w:rsidR="00904203" w:rsidRPr="00904203">
        <w:rPr>
          <w:rFonts w:ascii="Verdana" w:hAnsi="Verdana"/>
          <w:sz w:val="18"/>
          <w:lang w:val="da-DK"/>
        </w:rPr>
        <w:t xml:space="preserve">og fra 2027 6.500 kr. + moms. </w:t>
      </w:r>
      <w:r w:rsidRPr="0089669F">
        <w:rPr>
          <w:rFonts w:ascii="Verdana" w:hAnsi="Verdana"/>
          <w:sz w:val="18"/>
          <w:lang w:val="da-DK"/>
        </w:rPr>
        <w:t>Optages du i 1. halvår</w:t>
      </w:r>
      <w:r w:rsidR="00547AE1">
        <w:rPr>
          <w:rFonts w:ascii="Verdana" w:hAnsi="Verdana"/>
          <w:sz w:val="18"/>
          <w:lang w:val="da-DK"/>
        </w:rPr>
        <w:t>,</w:t>
      </w:r>
      <w:r w:rsidRPr="0089669F">
        <w:rPr>
          <w:rFonts w:ascii="Verdana" w:hAnsi="Verdana"/>
          <w:sz w:val="18"/>
          <w:lang w:val="da-DK"/>
        </w:rPr>
        <w:t xml:space="preserve"> betales kontingent for hele året, </w:t>
      </w:r>
      <w:r w:rsidR="00547AE1">
        <w:rPr>
          <w:rFonts w:ascii="Verdana" w:hAnsi="Verdana"/>
          <w:sz w:val="18"/>
          <w:lang w:val="da-DK"/>
        </w:rPr>
        <w:t>Optages</w:t>
      </w:r>
      <w:r w:rsidRPr="0089669F">
        <w:rPr>
          <w:rFonts w:ascii="Verdana" w:hAnsi="Verdana"/>
          <w:sz w:val="18"/>
          <w:lang w:val="da-DK"/>
        </w:rPr>
        <w:t xml:space="preserve"> du i 2. halvår, betales for et halvt år.</w:t>
      </w:r>
    </w:p>
    <w:p w14:paraId="68346F59" w14:textId="77777777" w:rsidR="002E0F26" w:rsidRPr="002E0F26" w:rsidRDefault="002E0F26" w:rsidP="002E0F26">
      <w:pPr>
        <w:spacing w:after="0" w:line="240" w:lineRule="auto"/>
        <w:rPr>
          <w:rFonts w:ascii="Verdana" w:hAnsi="Verdana"/>
          <w:sz w:val="18"/>
          <w:lang w:val="da-DK"/>
        </w:rPr>
      </w:pPr>
      <w:r w:rsidRPr="002E0F26">
        <w:rPr>
          <w:rFonts w:ascii="Verdana" w:hAnsi="Verdana"/>
          <w:sz w:val="18"/>
          <w:lang w:val="da-DK"/>
        </w:rPr>
        <w:t>For at sikre vi har de rigtige oplysninger til fakturaen bedes du kort oplyse omkring nedenstående:</w:t>
      </w:r>
    </w:p>
    <w:p w14:paraId="3EA08917" w14:textId="77777777" w:rsidR="002E0F26" w:rsidRPr="002E0F26" w:rsidRDefault="002E0F26" w:rsidP="002E0F26">
      <w:pPr>
        <w:numPr>
          <w:ilvl w:val="0"/>
          <w:numId w:val="23"/>
        </w:numPr>
        <w:spacing w:after="0" w:line="240" w:lineRule="auto"/>
        <w:rPr>
          <w:rFonts w:ascii="Verdana" w:hAnsi="Verdana"/>
          <w:sz w:val="18"/>
          <w:lang w:val="da-DK"/>
        </w:rPr>
      </w:pPr>
      <w:r w:rsidRPr="002E0F26">
        <w:rPr>
          <w:rFonts w:ascii="Verdana" w:hAnsi="Verdana"/>
          <w:sz w:val="18"/>
          <w:lang w:val="da-DK"/>
        </w:rPr>
        <w:t>Navn (person / virksomhed)</w:t>
      </w:r>
      <w:r>
        <w:rPr>
          <w:rFonts w:ascii="Verdana" w:hAnsi="Verdana"/>
          <w:sz w:val="18"/>
          <w:lang w:val="da-DK"/>
        </w:rPr>
        <w:t xml:space="preserve">: </w:t>
      </w:r>
    </w:p>
    <w:p w14:paraId="2FB81671" w14:textId="77777777" w:rsidR="002E0F26" w:rsidRPr="002E0F26" w:rsidRDefault="002E0F26" w:rsidP="002E0F26">
      <w:pPr>
        <w:numPr>
          <w:ilvl w:val="0"/>
          <w:numId w:val="23"/>
        </w:numPr>
        <w:spacing w:after="0" w:line="240" w:lineRule="auto"/>
        <w:rPr>
          <w:rFonts w:ascii="Verdana" w:hAnsi="Verdana"/>
          <w:sz w:val="18"/>
          <w:lang w:val="da-DK"/>
        </w:rPr>
      </w:pPr>
      <w:r w:rsidRPr="002E0F26">
        <w:rPr>
          <w:rFonts w:ascii="Verdana" w:hAnsi="Verdana"/>
          <w:sz w:val="18"/>
          <w:lang w:val="da-DK"/>
        </w:rPr>
        <w:t>CVR-nummer (hvis relevant)</w:t>
      </w:r>
      <w:r>
        <w:rPr>
          <w:rFonts w:ascii="Verdana" w:hAnsi="Verdana"/>
          <w:sz w:val="18"/>
          <w:lang w:val="da-DK"/>
        </w:rPr>
        <w:t xml:space="preserve">: </w:t>
      </w:r>
    </w:p>
    <w:p w14:paraId="4441B3C8" w14:textId="77777777" w:rsidR="002E0F26" w:rsidRPr="002E0F26" w:rsidRDefault="002E0F26" w:rsidP="002E0F26">
      <w:pPr>
        <w:numPr>
          <w:ilvl w:val="0"/>
          <w:numId w:val="23"/>
        </w:numPr>
        <w:spacing w:after="0" w:line="240" w:lineRule="auto"/>
        <w:rPr>
          <w:rFonts w:ascii="Verdana" w:hAnsi="Verdana"/>
          <w:sz w:val="18"/>
          <w:lang w:val="da-DK"/>
        </w:rPr>
      </w:pPr>
      <w:r w:rsidRPr="002E0F26">
        <w:rPr>
          <w:rFonts w:ascii="Verdana" w:hAnsi="Verdana"/>
          <w:sz w:val="18"/>
          <w:lang w:val="da-DK"/>
        </w:rPr>
        <w:t>Faktureringsadresse</w:t>
      </w:r>
      <w:r>
        <w:rPr>
          <w:rFonts w:ascii="Verdana" w:hAnsi="Verdana"/>
          <w:sz w:val="18"/>
          <w:lang w:val="da-DK"/>
        </w:rPr>
        <w:t xml:space="preserve">: </w:t>
      </w:r>
    </w:p>
    <w:p w14:paraId="279AEB7B" w14:textId="77777777" w:rsidR="002E0F26" w:rsidRDefault="002E0F26" w:rsidP="00102E85">
      <w:pPr>
        <w:numPr>
          <w:ilvl w:val="0"/>
          <w:numId w:val="23"/>
        </w:numPr>
        <w:spacing w:after="0" w:line="240" w:lineRule="auto"/>
        <w:rPr>
          <w:rFonts w:ascii="Verdana" w:hAnsi="Verdana"/>
          <w:sz w:val="18"/>
          <w:lang w:val="da-DK"/>
        </w:rPr>
      </w:pPr>
      <w:r w:rsidRPr="002E0F26">
        <w:rPr>
          <w:rFonts w:ascii="Verdana" w:hAnsi="Verdana"/>
          <w:sz w:val="18"/>
          <w:lang w:val="da-DK"/>
        </w:rPr>
        <w:t>E-mail til fremsendelse af faktura</w:t>
      </w:r>
      <w:r>
        <w:rPr>
          <w:rFonts w:ascii="Verdana" w:hAnsi="Verdana"/>
          <w:sz w:val="18"/>
          <w:lang w:val="da-DK"/>
        </w:rPr>
        <w:t xml:space="preserve">: </w:t>
      </w:r>
    </w:p>
    <w:p w14:paraId="7D488FC4" w14:textId="77777777" w:rsidR="002E0F26" w:rsidRPr="002E0F26" w:rsidRDefault="002E0F26" w:rsidP="002E0F26">
      <w:pPr>
        <w:spacing w:after="0" w:line="240" w:lineRule="auto"/>
        <w:rPr>
          <w:rFonts w:ascii="Verdana" w:hAnsi="Verdana"/>
          <w:sz w:val="18"/>
          <w:lang w:val="da-DK"/>
        </w:rPr>
      </w:pPr>
    </w:p>
    <w:p w14:paraId="63C05A59" w14:textId="77777777" w:rsidR="00102E85" w:rsidRPr="0089669F" w:rsidRDefault="00102E85" w:rsidP="00102E85">
      <w:pPr>
        <w:rPr>
          <w:rFonts w:ascii="Verdana" w:hAnsi="Verdana"/>
          <w:sz w:val="18"/>
          <w:lang w:val="da-DK"/>
        </w:rPr>
      </w:pPr>
      <w:r w:rsidRPr="0089669F">
        <w:rPr>
          <w:rFonts w:ascii="Verdana" w:hAnsi="Verdana"/>
          <w:sz w:val="18"/>
          <w:lang w:val="da-DK"/>
        </w:rPr>
        <w:t xml:space="preserve">Du skal </w:t>
      </w:r>
      <w:r w:rsidR="00547AE1">
        <w:rPr>
          <w:rFonts w:ascii="Verdana" w:hAnsi="Verdana"/>
          <w:sz w:val="18"/>
          <w:lang w:val="da-DK"/>
        </w:rPr>
        <w:t>inden for</w:t>
      </w:r>
      <w:r w:rsidRPr="0089669F">
        <w:rPr>
          <w:rFonts w:ascii="Verdana" w:hAnsi="Verdana"/>
          <w:sz w:val="18"/>
          <w:lang w:val="da-DK"/>
        </w:rPr>
        <w:t xml:space="preserve"> 14 dage fremsende et professionelt personbillede i sort-hvid og med en opløsning på min</w:t>
      </w:r>
      <w:r w:rsidR="00207B4A">
        <w:rPr>
          <w:rFonts w:ascii="Verdana" w:hAnsi="Verdana"/>
          <w:sz w:val="18"/>
          <w:lang w:val="da-DK"/>
        </w:rPr>
        <w:t>.</w:t>
      </w:r>
      <w:r w:rsidRPr="0089669F">
        <w:rPr>
          <w:rFonts w:ascii="Verdana" w:hAnsi="Verdana"/>
          <w:sz w:val="18"/>
          <w:lang w:val="da-DK"/>
        </w:rPr>
        <w:t xml:space="preserve"> 500 x 500 pixels i </w:t>
      </w:r>
      <w:r w:rsidR="00547AE1">
        <w:rPr>
          <w:rFonts w:ascii="Verdana" w:hAnsi="Verdana"/>
          <w:sz w:val="18"/>
          <w:lang w:val="da-DK"/>
        </w:rPr>
        <w:t>jpg-format</w:t>
      </w:r>
      <w:r w:rsidRPr="0089669F">
        <w:rPr>
          <w:rFonts w:ascii="Verdana" w:hAnsi="Verdana"/>
          <w:sz w:val="18"/>
          <w:lang w:val="da-DK"/>
        </w:rPr>
        <w:t xml:space="preserve">. Det skal fylde ca. 2 </w:t>
      </w:r>
      <w:proofErr w:type="spellStart"/>
      <w:r w:rsidRPr="0089669F">
        <w:rPr>
          <w:rFonts w:ascii="Verdana" w:hAnsi="Verdana"/>
          <w:sz w:val="18"/>
          <w:lang w:val="da-DK"/>
        </w:rPr>
        <w:t>Mbyte</w:t>
      </w:r>
      <w:proofErr w:type="spellEnd"/>
      <w:r w:rsidRPr="0089669F">
        <w:rPr>
          <w:rFonts w:ascii="Verdana" w:hAnsi="Verdana"/>
          <w:sz w:val="18"/>
          <w:lang w:val="da-DK"/>
        </w:rPr>
        <w:t>.</w:t>
      </w:r>
    </w:p>
    <w:p w14:paraId="6556E3D1" w14:textId="77777777" w:rsidR="00102E85" w:rsidRPr="0089669F" w:rsidRDefault="00102E85" w:rsidP="00102E85">
      <w:pPr>
        <w:rPr>
          <w:rFonts w:ascii="Verdana" w:hAnsi="Verdana"/>
          <w:sz w:val="18"/>
          <w:lang w:val="da-DK"/>
        </w:rPr>
      </w:pPr>
      <w:r w:rsidRPr="0089669F">
        <w:rPr>
          <w:rFonts w:ascii="Verdana" w:hAnsi="Verdana"/>
          <w:sz w:val="18"/>
          <w:lang w:val="da-DK"/>
        </w:rPr>
        <w:t xml:space="preserve">Desuden skal du underskrive og fremsende vedlagte samtykkeerklæringer samt erklæring om ansvar for rådgiverfejl til web@boardpartner.dk </w:t>
      </w:r>
    </w:p>
    <w:p w14:paraId="516EC0CF" w14:textId="77777777" w:rsidR="00102E85" w:rsidRPr="0089669F" w:rsidRDefault="00102E85" w:rsidP="00102E85">
      <w:pPr>
        <w:rPr>
          <w:rFonts w:ascii="Verdana" w:hAnsi="Verdana"/>
          <w:sz w:val="18"/>
          <w:lang w:val="da-DK"/>
        </w:rPr>
      </w:pPr>
    </w:p>
    <w:p w14:paraId="20E7B704" w14:textId="77777777" w:rsidR="00102E85" w:rsidRPr="0089669F" w:rsidRDefault="00102E85" w:rsidP="00102E85">
      <w:pPr>
        <w:rPr>
          <w:rFonts w:ascii="Verdana" w:hAnsi="Verdana"/>
          <w:sz w:val="18"/>
          <w:lang w:val="da-DK"/>
        </w:rPr>
      </w:pPr>
      <w:r w:rsidRPr="0089669F">
        <w:rPr>
          <w:rFonts w:ascii="Verdana" w:hAnsi="Verdana"/>
          <w:sz w:val="18"/>
          <w:lang w:val="da-DK"/>
        </w:rPr>
        <w:t xml:space="preserve">Når kontingentet er betalt og ovenstående materiale er fremsendt, er du fuldgyldigt medlem af BoardPartner. </w:t>
      </w:r>
    </w:p>
    <w:p w14:paraId="7464EAEB" w14:textId="77777777" w:rsidR="00036B03" w:rsidRPr="00DE049D" w:rsidRDefault="00036B03" w:rsidP="00036B03">
      <w:pPr>
        <w:pageBreakBefore/>
        <w:rPr>
          <w:lang w:val="da-DK"/>
        </w:rPr>
      </w:pPr>
      <w:r w:rsidRPr="006F5D72">
        <w:rPr>
          <w:rFonts w:asciiTheme="majorHAnsi" w:eastAsiaTheme="majorEastAsia" w:hAnsiTheme="majorHAnsi" w:cstheme="majorBidi"/>
          <w:b/>
          <w:bCs/>
          <w:color w:val="4F81BD" w:themeColor="accent1"/>
          <w:sz w:val="26"/>
          <w:szCs w:val="26"/>
          <w:lang w:val="da-DK"/>
        </w:rPr>
        <w:lastRenderedPageBreak/>
        <w:t>BILAG 1: Generelle kompetencer</w:t>
      </w:r>
      <w:r>
        <w:rPr>
          <w:rFonts w:asciiTheme="majorHAnsi" w:eastAsiaTheme="majorEastAsia" w:hAnsiTheme="majorHAnsi" w:cstheme="majorBidi"/>
          <w:b/>
          <w:bCs/>
          <w:color w:val="4F81BD" w:themeColor="accent1"/>
          <w:sz w:val="26"/>
          <w:szCs w:val="26"/>
          <w:lang w:val="da-DK"/>
        </w:rPr>
        <w:t>.</w:t>
      </w:r>
    </w:p>
    <w:p w14:paraId="5E952ABC" w14:textId="77777777" w:rsidR="00036B03" w:rsidRPr="00403024" w:rsidRDefault="00036B03" w:rsidP="00036B03">
      <w:pPr>
        <w:rPr>
          <w:rFonts w:ascii="Verdana" w:hAnsi="Verdana"/>
          <w:sz w:val="20"/>
          <w:szCs w:val="20"/>
          <w:lang w:val="da-DK"/>
        </w:rPr>
      </w:pPr>
      <w:r w:rsidRPr="00403024">
        <w:rPr>
          <w:rFonts w:ascii="Verdana" w:hAnsi="Verdana"/>
          <w:sz w:val="20"/>
          <w:szCs w:val="20"/>
          <w:lang w:val="da-DK"/>
        </w:rPr>
        <w:t xml:space="preserve">Afkryds venligst: </w:t>
      </w:r>
    </w:p>
    <w:tbl>
      <w:tblPr>
        <w:tblStyle w:val="TableGrid"/>
        <w:tblW w:w="0" w:type="auto"/>
        <w:tblLook w:val="04A0" w:firstRow="1" w:lastRow="0" w:firstColumn="1" w:lastColumn="0" w:noHBand="0" w:noVBand="1"/>
      </w:tblPr>
      <w:tblGrid>
        <w:gridCol w:w="3397"/>
        <w:gridCol w:w="567"/>
        <w:gridCol w:w="2268"/>
        <w:gridCol w:w="426"/>
        <w:gridCol w:w="2268"/>
      </w:tblGrid>
      <w:tr w:rsidR="00036B03" w:rsidRPr="00403024" w14:paraId="4AEB7BAA" w14:textId="77777777" w:rsidTr="00247F1C">
        <w:tc>
          <w:tcPr>
            <w:tcW w:w="3397" w:type="dxa"/>
            <w:tcBorders>
              <w:right w:val="single" w:sz="4" w:space="0" w:color="000000" w:themeColor="text1"/>
            </w:tcBorders>
            <w:shd w:val="clear" w:color="auto" w:fill="D9D9D9" w:themeFill="background1" w:themeFillShade="D9"/>
          </w:tcPr>
          <w:p w14:paraId="1B9567C2" w14:textId="77777777" w:rsidR="00036B03" w:rsidRPr="00403024" w:rsidRDefault="00036B03" w:rsidP="00247F1C">
            <w:pPr>
              <w:tabs>
                <w:tab w:val="center" w:pos="854"/>
              </w:tabs>
              <w:rPr>
                <w:rFonts w:ascii="Verdana" w:hAnsi="Verdana"/>
                <w:b/>
                <w:color w:val="000000" w:themeColor="text1"/>
                <w:spacing w:val="-2"/>
                <w:sz w:val="20"/>
                <w:szCs w:val="20"/>
                <w:lang w:val="da-DK"/>
              </w:rPr>
            </w:pPr>
            <w:r w:rsidRPr="00403024">
              <w:rPr>
                <w:rFonts w:ascii="Verdana" w:hAnsi="Verdana"/>
                <w:b/>
                <w:color w:val="000000" w:themeColor="text1"/>
                <w:spacing w:val="-2"/>
                <w:sz w:val="20"/>
                <w:szCs w:val="20"/>
                <w:lang w:val="da-DK"/>
              </w:rPr>
              <w:t>Kompetencer:</w:t>
            </w:r>
          </w:p>
        </w:tc>
        <w:tc>
          <w:tcPr>
            <w:tcW w:w="567" w:type="dxa"/>
            <w:tcBorders>
              <w:top w:val="nil"/>
              <w:left w:val="single" w:sz="4" w:space="0" w:color="000000" w:themeColor="text1"/>
              <w:bottom w:val="nil"/>
              <w:right w:val="single" w:sz="4" w:space="0" w:color="000000" w:themeColor="text1"/>
            </w:tcBorders>
          </w:tcPr>
          <w:p w14:paraId="4DBA41D0" w14:textId="77777777" w:rsidR="00036B03" w:rsidRPr="00403024" w:rsidRDefault="00036B03" w:rsidP="00247F1C">
            <w:pPr>
              <w:rPr>
                <w:rFonts w:ascii="Verdana" w:hAnsi="Verdana"/>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shd w:val="clear" w:color="auto" w:fill="D9D9D9" w:themeFill="background1" w:themeFillShade="D9"/>
          </w:tcPr>
          <w:p w14:paraId="7D7B9536" w14:textId="77777777" w:rsidR="00036B03" w:rsidRPr="00403024" w:rsidRDefault="00036B03" w:rsidP="00247F1C">
            <w:pPr>
              <w:jc w:val="center"/>
              <w:rPr>
                <w:rFonts w:ascii="Verdana" w:hAnsi="Verdana"/>
                <w:b/>
                <w:color w:val="000000" w:themeColor="text1"/>
                <w:spacing w:val="-2"/>
                <w:sz w:val="20"/>
                <w:szCs w:val="20"/>
                <w:lang w:val="da-DK"/>
              </w:rPr>
            </w:pPr>
            <w:r w:rsidRPr="00403024">
              <w:rPr>
                <w:rFonts w:ascii="Verdana" w:hAnsi="Verdana"/>
                <w:b/>
                <w:color w:val="000000" w:themeColor="text1"/>
                <w:spacing w:val="-2"/>
                <w:sz w:val="20"/>
                <w:szCs w:val="20"/>
                <w:lang w:val="da-DK"/>
              </w:rPr>
              <w:t>Behersker:</w:t>
            </w:r>
          </w:p>
        </w:tc>
        <w:tc>
          <w:tcPr>
            <w:tcW w:w="426" w:type="dxa"/>
            <w:tcBorders>
              <w:top w:val="nil"/>
              <w:left w:val="single" w:sz="4" w:space="0" w:color="000000" w:themeColor="text1"/>
              <w:bottom w:val="nil"/>
              <w:right w:val="single" w:sz="4" w:space="0" w:color="000000" w:themeColor="text1"/>
            </w:tcBorders>
          </w:tcPr>
          <w:p w14:paraId="091831DB" w14:textId="77777777" w:rsidR="00036B03" w:rsidRPr="00403024" w:rsidRDefault="00036B03" w:rsidP="00247F1C">
            <w:pPr>
              <w:jc w:val="center"/>
              <w:rPr>
                <w:rFonts w:ascii="Verdana" w:hAnsi="Verdana"/>
                <w:color w:val="000000" w:themeColor="text1"/>
                <w:spacing w:val="-2"/>
                <w:sz w:val="20"/>
                <w:szCs w:val="20"/>
                <w:lang w:val="da-DK"/>
              </w:rPr>
            </w:pPr>
          </w:p>
        </w:tc>
        <w:tc>
          <w:tcPr>
            <w:tcW w:w="2268" w:type="dxa"/>
            <w:tcBorders>
              <w:left w:val="single" w:sz="4" w:space="0" w:color="000000" w:themeColor="text1"/>
            </w:tcBorders>
            <w:shd w:val="clear" w:color="auto" w:fill="D9D9D9" w:themeFill="background1" w:themeFillShade="D9"/>
          </w:tcPr>
          <w:p w14:paraId="003D4E24" w14:textId="77777777" w:rsidR="00036B03" w:rsidRPr="00403024" w:rsidRDefault="00036B03" w:rsidP="00247F1C">
            <w:pPr>
              <w:jc w:val="center"/>
              <w:rPr>
                <w:rFonts w:ascii="Verdana" w:hAnsi="Verdana"/>
                <w:b/>
                <w:color w:val="000000" w:themeColor="text1"/>
                <w:spacing w:val="-2"/>
                <w:sz w:val="20"/>
                <w:szCs w:val="20"/>
                <w:lang w:val="da-DK"/>
              </w:rPr>
            </w:pPr>
            <w:r w:rsidRPr="00403024">
              <w:rPr>
                <w:rFonts w:ascii="Verdana" w:hAnsi="Verdana"/>
                <w:b/>
                <w:color w:val="000000" w:themeColor="text1"/>
                <w:spacing w:val="-2"/>
                <w:sz w:val="20"/>
                <w:szCs w:val="20"/>
                <w:lang w:val="da-DK"/>
              </w:rPr>
              <w:t>Specialist:</w:t>
            </w:r>
          </w:p>
        </w:tc>
      </w:tr>
      <w:tr w:rsidR="00036B03" w:rsidRPr="00403024" w14:paraId="7A3B15FD" w14:textId="77777777" w:rsidTr="00247F1C">
        <w:tc>
          <w:tcPr>
            <w:tcW w:w="3397" w:type="dxa"/>
            <w:tcBorders>
              <w:right w:val="single" w:sz="4" w:space="0" w:color="000000" w:themeColor="text1"/>
            </w:tcBorders>
            <w:shd w:val="clear" w:color="auto" w:fill="F2F2F2" w:themeFill="background1" w:themeFillShade="F2"/>
          </w:tcPr>
          <w:p w14:paraId="46F418A1" w14:textId="77777777" w:rsidR="00036B03" w:rsidRPr="00403024" w:rsidRDefault="00036B03" w:rsidP="00247F1C">
            <w:pPr>
              <w:rPr>
                <w:rFonts w:ascii="Verdana" w:hAnsi="Verdana" w:cstheme="minorHAnsi"/>
                <w:b/>
                <w:color w:val="000000" w:themeColor="text1"/>
                <w:spacing w:val="-2"/>
                <w:sz w:val="20"/>
                <w:szCs w:val="20"/>
                <w:lang w:val="da-DK"/>
              </w:rPr>
            </w:pPr>
          </w:p>
        </w:tc>
        <w:tc>
          <w:tcPr>
            <w:tcW w:w="567" w:type="dxa"/>
            <w:tcBorders>
              <w:top w:val="nil"/>
              <w:left w:val="single" w:sz="4" w:space="0" w:color="000000" w:themeColor="text1"/>
              <w:bottom w:val="nil"/>
              <w:right w:val="single" w:sz="4" w:space="0" w:color="000000" w:themeColor="text1"/>
            </w:tcBorders>
          </w:tcPr>
          <w:p w14:paraId="1D61A19F"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shd w:val="clear" w:color="auto" w:fill="F2F2F2" w:themeFill="background1" w:themeFillShade="F2"/>
          </w:tcPr>
          <w:p w14:paraId="45820F07"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29875736"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shd w:val="clear" w:color="auto" w:fill="F2F2F2" w:themeFill="background1" w:themeFillShade="F2"/>
          </w:tcPr>
          <w:p w14:paraId="48297A06"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74C17A49" w14:textId="77777777" w:rsidTr="00247F1C">
        <w:tc>
          <w:tcPr>
            <w:tcW w:w="3397" w:type="dxa"/>
            <w:tcBorders>
              <w:right w:val="single" w:sz="4" w:space="0" w:color="000000" w:themeColor="text1"/>
            </w:tcBorders>
            <w:shd w:val="clear" w:color="auto" w:fill="F2F2F2" w:themeFill="background1" w:themeFillShade="F2"/>
          </w:tcPr>
          <w:p w14:paraId="47C774A2" w14:textId="77777777" w:rsidR="00036B03" w:rsidRPr="00403024" w:rsidRDefault="00036B03" w:rsidP="00247F1C">
            <w:pPr>
              <w:rPr>
                <w:rFonts w:ascii="Verdana" w:hAnsi="Verdana" w:cstheme="minorHAnsi"/>
                <w:b/>
                <w:color w:val="000000" w:themeColor="text1"/>
                <w:spacing w:val="-2"/>
                <w:sz w:val="20"/>
                <w:szCs w:val="20"/>
                <w:lang w:val="da-DK"/>
              </w:rPr>
            </w:pPr>
            <w:r w:rsidRPr="00403024">
              <w:rPr>
                <w:rFonts w:ascii="Verdana" w:hAnsi="Verdana" w:cstheme="minorHAnsi"/>
                <w:b/>
                <w:color w:val="000000" w:themeColor="text1"/>
                <w:spacing w:val="-2"/>
                <w:sz w:val="20"/>
                <w:szCs w:val="20"/>
                <w:lang w:val="da-DK"/>
              </w:rPr>
              <w:t>Strategi &amp; forretningsmodeller:</w:t>
            </w:r>
          </w:p>
        </w:tc>
        <w:tc>
          <w:tcPr>
            <w:tcW w:w="567" w:type="dxa"/>
            <w:tcBorders>
              <w:top w:val="nil"/>
              <w:left w:val="single" w:sz="4" w:space="0" w:color="000000" w:themeColor="text1"/>
              <w:bottom w:val="nil"/>
              <w:right w:val="single" w:sz="4" w:space="0" w:color="000000" w:themeColor="text1"/>
            </w:tcBorders>
          </w:tcPr>
          <w:p w14:paraId="49D25014"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shd w:val="clear" w:color="auto" w:fill="F2F2F2" w:themeFill="background1" w:themeFillShade="F2"/>
          </w:tcPr>
          <w:p w14:paraId="2456F851"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3781083A"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shd w:val="clear" w:color="auto" w:fill="F2F2F2" w:themeFill="background1" w:themeFillShade="F2"/>
          </w:tcPr>
          <w:p w14:paraId="6C2579E0"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20B44D97" w14:textId="77777777" w:rsidTr="00247F1C">
        <w:tc>
          <w:tcPr>
            <w:tcW w:w="3397" w:type="dxa"/>
            <w:tcBorders>
              <w:right w:val="single" w:sz="4" w:space="0" w:color="000000" w:themeColor="text1"/>
            </w:tcBorders>
          </w:tcPr>
          <w:p w14:paraId="3D7D42B9" w14:textId="77777777" w:rsidR="00036B03" w:rsidRPr="00403024" w:rsidRDefault="00036B03" w:rsidP="00247F1C">
            <w:pPr>
              <w:tabs>
                <w:tab w:val="center" w:pos="1426"/>
              </w:tabs>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 xml:space="preserve">Strategi udarbejdelse </w:t>
            </w:r>
          </w:p>
        </w:tc>
        <w:tc>
          <w:tcPr>
            <w:tcW w:w="567" w:type="dxa"/>
            <w:tcBorders>
              <w:top w:val="nil"/>
              <w:left w:val="single" w:sz="4" w:space="0" w:color="000000" w:themeColor="text1"/>
              <w:bottom w:val="nil"/>
              <w:right w:val="single" w:sz="4" w:space="0" w:color="000000" w:themeColor="text1"/>
            </w:tcBorders>
          </w:tcPr>
          <w:p w14:paraId="097584F5"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214181149"/>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7C7A64FF"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7E817B1A"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306749770"/>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485C8703"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3EE43CF4" w14:textId="77777777" w:rsidTr="00247F1C">
        <w:tc>
          <w:tcPr>
            <w:tcW w:w="3397" w:type="dxa"/>
            <w:tcBorders>
              <w:right w:val="single" w:sz="4" w:space="0" w:color="000000" w:themeColor="text1"/>
            </w:tcBorders>
          </w:tcPr>
          <w:p w14:paraId="401168FB"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Strategi implementering</w:t>
            </w:r>
          </w:p>
        </w:tc>
        <w:tc>
          <w:tcPr>
            <w:tcW w:w="567" w:type="dxa"/>
            <w:tcBorders>
              <w:top w:val="nil"/>
              <w:left w:val="single" w:sz="4" w:space="0" w:color="000000" w:themeColor="text1"/>
              <w:bottom w:val="nil"/>
              <w:right w:val="single" w:sz="4" w:space="0" w:color="000000" w:themeColor="text1"/>
            </w:tcBorders>
          </w:tcPr>
          <w:p w14:paraId="76F537D4"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38286332"/>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386BA745"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14FCC13C"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603538204"/>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3F8DD2FE"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01A21517" w14:textId="77777777" w:rsidTr="00247F1C">
        <w:tc>
          <w:tcPr>
            <w:tcW w:w="3397" w:type="dxa"/>
            <w:tcBorders>
              <w:right w:val="single" w:sz="4" w:space="0" w:color="000000" w:themeColor="text1"/>
            </w:tcBorders>
          </w:tcPr>
          <w:p w14:paraId="55033EF2"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Digitalisering</w:t>
            </w:r>
          </w:p>
        </w:tc>
        <w:tc>
          <w:tcPr>
            <w:tcW w:w="567" w:type="dxa"/>
            <w:tcBorders>
              <w:top w:val="nil"/>
              <w:left w:val="single" w:sz="4" w:space="0" w:color="000000" w:themeColor="text1"/>
              <w:bottom w:val="nil"/>
              <w:right w:val="single" w:sz="4" w:space="0" w:color="000000" w:themeColor="text1"/>
            </w:tcBorders>
          </w:tcPr>
          <w:p w14:paraId="7892AFBD"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812023565"/>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2E6CE018"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21DDCB11"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115795938"/>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54C4168D"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4B846DA3" w14:textId="77777777" w:rsidTr="00247F1C">
        <w:tc>
          <w:tcPr>
            <w:tcW w:w="3397" w:type="dxa"/>
            <w:tcBorders>
              <w:right w:val="single" w:sz="4" w:space="0" w:color="000000" w:themeColor="text1"/>
            </w:tcBorders>
          </w:tcPr>
          <w:p w14:paraId="420FBC1E" w14:textId="77777777" w:rsidR="00036B03" w:rsidRPr="00403024" w:rsidRDefault="00036B03" w:rsidP="00247F1C">
            <w:pPr>
              <w:tabs>
                <w:tab w:val="center" w:pos="1426"/>
              </w:tabs>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Innovation</w:t>
            </w:r>
          </w:p>
        </w:tc>
        <w:tc>
          <w:tcPr>
            <w:tcW w:w="567" w:type="dxa"/>
            <w:tcBorders>
              <w:top w:val="nil"/>
              <w:left w:val="single" w:sz="4" w:space="0" w:color="000000" w:themeColor="text1"/>
              <w:bottom w:val="nil"/>
              <w:right w:val="single" w:sz="4" w:space="0" w:color="000000" w:themeColor="text1"/>
            </w:tcBorders>
          </w:tcPr>
          <w:p w14:paraId="70B09D8B"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800000000"/>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4298D036"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7B78850D"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800000001"/>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599530F8"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76535D7B" w14:textId="77777777" w:rsidTr="00247F1C">
        <w:tc>
          <w:tcPr>
            <w:tcW w:w="3397" w:type="dxa"/>
            <w:tcBorders>
              <w:right w:val="single" w:sz="4" w:space="0" w:color="000000" w:themeColor="text1"/>
            </w:tcBorders>
          </w:tcPr>
          <w:p w14:paraId="326EF45C"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Internationalisering</w:t>
            </w:r>
          </w:p>
        </w:tc>
        <w:tc>
          <w:tcPr>
            <w:tcW w:w="567" w:type="dxa"/>
            <w:tcBorders>
              <w:top w:val="nil"/>
              <w:left w:val="single" w:sz="4" w:space="0" w:color="000000" w:themeColor="text1"/>
              <w:bottom w:val="nil"/>
              <w:right w:val="single" w:sz="4" w:space="0" w:color="000000" w:themeColor="text1"/>
            </w:tcBorders>
          </w:tcPr>
          <w:p w14:paraId="65A147B5"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2078735492"/>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7748E63C"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42B572D3"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355266889"/>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4602D933"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05AD72BE" w14:textId="77777777" w:rsidTr="00247F1C">
        <w:tc>
          <w:tcPr>
            <w:tcW w:w="3397" w:type="dxa"/>
            <w:tcBorders>
              <w:right w:val="single" w:sz="4" w:space="0" w:color="000000" w:themeColor="text1"/>
            </w:tcBorders>
          </w:tcPr>
          <w:p w14:paraId="77361D5C"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Geopolitik</w:t>
            </w:r>
          </w:p>
        </w:tc>
        <w:tc>
          <w:tcPr>
            <w:tcW w:w="567" w:type="dxa"/>
            <w:tcBorders>
              <w:top w:val="nil"/>
              <w:left w:val="single" w:sz="4" w:space="0" w:color="000000" w:themeColor="text1"/>
              <w:bottom w:val="nil"/>
              <w:right w:val="single" w:sz="4" w:space="0" w:color="000000" w:themeColor="text1"/>
            </w:tcBorders>
          </w:tcPr>
          <w:p w14:paraId="72113EFE"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022929372"/>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1AAA77C2"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18C10D18"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205717173"/>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41200D5D"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23DA8900" w14:textId="77777777" w:rsidTr="00247F1C">
        <w:tc>
          <w:tcPr>
            <w:tcW w:w="3397" w:type="dxa"/>
            <w:tcBorders>
              <w:right w:val="single" w:sz="4" w:space="0" w:color="000000" w:themeColor="text1"/>
            </w:tcBorders>
          </w:tcPr>
          <w:p w14:paraId="6A17A136" w14:textId="77777777" w:rsidR="00036B03" w:rsidRPr="00403024" w:rsidRDefault="00036B03" w:rsidP="00247F1C">
            <w:pPr>
              <w:rPr>
                <w:rFonts w:ascii="Verdana" w:hAnsi="Verdana" w:cstheme="minorHAnsi"/>
                <w:color w:val="000000" w:themeColor="text1"/>
                <w:spacing w:val="-2"/>
                <w:sz w:val="20"/>
                <w:szCs w:val="20"/>
                <w:lang w:val="da-DK"/>
              </w:rPr>
            </w:pPr>
          </w:p>
        </w:tc>
        <w:tc>
          <w:tcPr>
            <w:tcW w:w="567" w:type="dxa"/>
            <w:tcBorders>
              <w:top w:val="nil"/>
              <w:left w:val="single" w:sz="4" w:space="0" w:color="000000" w:themeColor="text1"/>
              <w:bottom w:val="nil"/>
              <w:right w:val="single" w:sz="4" w:space="0" w:color="000000" w:themeColor="text1"/>
            </w:tcBorders>
          </w:tcPr>
          <w:p w14:paraId="27908BAE"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tcPr>
          <w:p w14:paraId="6F4B5DBC"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3957F919"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tcPr>
          <w:p w14:paraId="7EFBFB09"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7C4772F4" w14:textId="77777777" w:rsidTr="00247F1C">
        <w:tc>
          <w:tcPr>
            <w:tcW w:w="3397" w:type="dxa"/>
            <w:tcBorders>
              <w:right w:val="single" w:sz="4" w:space="0" w:color="000000" w:themeColor="text1"/>
            </w:tcBorders>
            <w:shd w:val="clear" w:color="auto" w:fill="F2F2F2" w:themeFill="background1" w:themeFillShade="F2"/>
          </w:tcPr>
          <w:p w14:paraId="11C67AE0" w14:textId="77777777" w:rsidR="00036B03" w:rsidRPr="00403024" w:rsidRDefault="00036B03" w:rsidP="00247F1C">
            <w:pPr>
              <w:rPr>
                <w:rFonts w:ascii="Verdana" w:hAnsi="Verdana" w:cstheme="minorHAnsi"/>
                <w:b/>
                <w:color w:val="000000" w:themeColor="text1"/>
                <w:spacing w:val="-2"/>
                <w:sz w:val="20"/>
                <w:szCs w:val="20"/>
                <w:lang w:val="da-DK"/>
              </w:rPr>
            </w:pPr>
            <w:r w:rsidRPr="00403024">
              <w:rPr>
                <w:rFonts w:ascii="Verdana" w:hAnsi="Verdana" w:cstheme="minorHAnsi"/>
                <w:b/>
                <w:color w:val="000000" w:themeColor="text1"/>
                <w:spacing w:val="-2"/>
                <w:sz w:val="20"/>
                <w:szCs w:val="20"/>
                <w:lang w:val="da-DK"/>
              </w:rPr>
              <w:t>Salg, marketing &amp; kommunikation:</w:t>
            </w:r>
          </w:p>
        </w:tc>
        <w:tc>
          <w:tcPr>
            <w:tcW w:w="567" w:type="dxa"/>
            <w:tcBorders>
              <w:top w:val="nil"/>
              <w:left w:val="single" w:sz="4" w:space="0" w:color="000000" w:themeColor="text1"/>
              <w:bottom w:val="nil"/>
              <w:right w:val="single" w:sz="4" w:space="0" w:color="000000" w:themeColor="text1"/>
            </w:tcBorders>
          </w:tcPr>
          <w:p w14:paraId="0664ADDC"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shd w:val="clear" w:color="auto" w:fill="F2F2F2" w:themeFill="background1" w:themeFillShade="F2"/>
          </w:tcPr>
          <w:p w14:paraId="5F6E732A"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2B44EC79"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shd w:val="clear" w:color="auto" w:fill="F2F2F2" w:themeFill="background1" w:themeFillShade="F2"/>
          </w:tcPr>
          <w:p w14:paraId="0E30AC1C"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67BAAC81" w14:textId="77777777" w:rsidTr="00247F1C">
        <w:tc>
          <w:tcPr>
            <w:tcW w:w="3397" w:type="dxa"/>
            <w:tcBorders>
              <w:right w:val="single" w:sz="4" w:space="0" w:color="000000" w:themeColor="text1"/>
            </w:tcBorders>
          </w:tcPr>
          <w:p w14:paraId="5C11F11A"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Salg</w:t>
            </w:r>
          </w:p>
        </w:tc>
        <w:tc>
          <w:tcPr>
            <w:tcW w:w="567" w:type="dxa"/>
            <w:tcBorders>
              <w:top w:val="nil"/>
              <w:left w:val="single" w:sz="4" w:space="0" w:color="000000" w:themeColor="text1"/>
              <w:bottom w:val="nil"/>
              <w:right w:val="single" w:sz="4" w:space="0" w:color="000000" w:themeColor="text1"/>
            </w:tcBorders>
          </w:tcPr>
          <w:p w14:paraId="375B5307"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84834656"/>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458D128D"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500D9159"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044486025"/>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338DF347"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00307A8A" w14:textId="77777777" w:rsidTr="00247F1C">
        <w:tc>
          <w:tcPr>
            <w:tcW w:w="3397" w:type="dxa"/>
            <w:tcBorders>
              <w:right w:val="single" w:sz="4" w:space="0" w:color="000000" w:themeColor="text1"/>
            </w:tcBorders>
          </w:tcPr>
          <w:p w14:paraId="7F78B62A"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Marketing</w:t>
            </w:r>
          </w:p>
        </w:tc>
        <w:tc>
          <w:tcPr>
            <w:tcW w:w="567" w:type="dxa"/>
            <w:tcBorders>
              <w:top w:val="nil"/>
              <w:left w:val="single" w:sz="4" w:space="0" w:color="000000" w:themeColor="text1"/>
              <w:bottom w:val="nil"/>
              <w:right w:val="single" w:sz="4" w:space="0" w:color="000000" w:themeColor="text1"/>
            </w:tcBorders>
          </w:tcPr>
          <w:p w14:paraId="54F15946"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078434637"/>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49FAC18C"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33E00003"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993170971"/>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336D3900"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5C976850" w14:textId="77777777" w:rsidTr="00247F1C">
        <w:tc>
          <w:tcPr>
            <w:tcW w:w="3397" w:type="dxa"/>
            <w:tcBorders>
              <w:right w:val="single" w:sz="4" w:space="0" w:color="000000" w:themeColor="text1"/>
            </w:tcBorders>
          </w:tcPr>
          <w:p w14:paraId="5ED9A2D3"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 xml:space="preserve">Kommunikation </w:t>
            </w:r>
          </w:p>
        </w:tc>
        <w:tc>
          <w:tcPr>
            <w:tcW w:w="567" w:type="dxa"/>
            <w:tcBorders>
              <w:top w:val="nil"/>
              <w:left w:val="single" w:sz="4" w:space="0" w:color="000000" w:themeColor="text1"/>
              <w:bottom w:val="nil"/>
              <w:right w:val="single" w:sz="4" w:space="0" w:color="000000" w:themeColor="text1"/>
            </w:tcBorders>
          </w:tcPr>
          <w:p w14:paraId="5E485650"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2061002940"/>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1824253D"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3DB55766"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688951480"/>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70E6AD68"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004B56ED" w14:textId="77777777" w:rsidTr="00247F1C">
        <w:tc>
          <w:tcPr>
            <w:tcW w:w="3397" w:type="dxa"/>
            <w:tcBorders>
              <w:right w:val="single" w:sz="4" w:space="0" w:color="000000" w:themeColor="text1"/>
            </w:tcBorders>
          </w:tcPr>
          <w:p w14:paraId="3789B6E1"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Digitalisering af ovenstående</w:t>
            </w:r>
          </w:p>
        </w:tc>
        <w:tc>
          <w:tcPr>
            <w:tcW w:w="567" w:type="dxa"/>
            <w:tcBorders>
              <w:top w:val="nil"/>
              <w:left w:val="single" w:sz="4" w:space="0" w:color="000000" w:themeColor="text1"/>
              <w:bottom w:val="nil"/>
              <w:right w:val="single" w:sz="4" w:space="0" w:color="000000" w:themeColor="text1"/>
            </w:tcBorders>
          </w:tcPr>
          <w:p w14:paraId="3939AC35"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887627487"/>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74903841"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5BCB0EFF"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813093088"/>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180B305E"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380B4C32" w14:textId="77777777" w:rsidTr="00247F1C">
        <w:tc>
          <w:tcPr>
            <w:tcW w:w="3397" w:type="dxa"/>
            <w:tcBorders>
              <w:right w:val="single" w:sz="4" w:space="0" w:color="000000" w:themeColor="text1"/>
            </w:tcBorders>
          </w:tcPr>
          <w:p w14:paraId="65526E3A"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Forretningsudvikling</w:t>
            </w:r>
          </w:p>
        </w:tc>
        <w:tc>
          <w:tcPr>
            <w:tcW w:w="567" w:type="dxa"/>
            <w:tcBorders>
              <w:top w:val="nil"/>
              <w:left w:val="single" w:sz="4" w:space="0" w:color="000000" w:themeColor="text1"/>
              <w:bottom w:val="nil"/>
              <w:right w:val="single" w:sz="4" w:space="0" w:color="000000" w:themeColor="text1"/>
            </w:tcBorders>
          </w:tcPr>
          <w:p w14:paraId="265BA6C0"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569348175"/>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2518E965"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47BE92C5"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563600468"/>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7511698D"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47BC10FF" w14:textId="77777777" w:rsidTr="00247F1C">
        <w:tc>
          <w:tcPr>
            <w:tcW w:w="3397" w:type="dxa"/>
            <w:tcBorders>
              <w:right w:val="single" w:sz="4" w:space="0" w:color="000000" w:themeColor="text1"/>
            </w:tcBorders>
          </w:tcPr>
          <w:p w14:paraId="2476EB50" w14:textId="77777777" w:rsidR="00036B03" w:rsidRPr="00403024" w:rsidRDefault="00036B03" w:rsidP="00247F1C">
            <w:pPr>
              <w:rPr>
                <w:rFonts w:ascii="Verdana" w:hAnsi="Verdana" w:cstheme="minorHAnsi"/>
                <w:color w:val="000000" w:themeColor="text1"/>
                <w:spacing w:val="-2"/>
                <w:sz w:val="20"/>
                <w:szCs w:val="20"/>
                <w:lang w:val="da-DK"/>
              </w:rPr>
            </w:pPr>
          </w:p>
        </w:tc>
        <w:tc>
          <w:tcPr>
            <w:tcW w:w="567" w:type="dxa"/>
            <w:tcBorders>
              <w:top w:val="nil"/>
              <w:left w:val="single" w:sz="4" w:space="0" w:color="000000" w:themeColor="text1"/>
              <w:bottom w:val="nil"/>
              <w:right w:val="single" w:sz="4" w:space="0" w:color="000000" w:themeColor="text1"/>
            </w:tcBorders>
          </w:tcPr>
          <w:p w14:paraId="012E2B0B"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tcPr>
          <w:p w14:paraId="6335E357"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255F701A"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tcPr>
          <w:p w14:paraId="595C5F2C"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00329AEE" w14:textId="77777777" w:rsidTr="00247F1C">
        <w:tc>
          <w:tcPr>
            <w:tcW w:w="3397" w:type="dxa"/>
            <w:tcBorders>
              <w:right w:val="single" w:sz="4" w:space="0" w:color="000000" w:themeColor="text1"/>
            </w:tcBorders>
            <w:shd w:val="clear" w:color="auto" w:fill="F2F2F2" w:themeFill="background1" w:themeFillShade="F2"/>
          </w:tcPr>
          <w:p w14:paraId="14E4E3B3" w14:textId="77777777" w:rsidR="00036B03" w:rsidRPr="00403024" w:rsidRDefault="00036B03" w:rsidP="00247F1C">
            <w:pPr>
              <w:rPr>
                <w:rFonts w:ascii="Verdana" w:hAnsi="Verdana" w:cstheme="minorHAnsi"/>
                <w:b/>
                <w:color w:val="000000" w:themeColor="text1"/>
                <w:spacing w:val="-2"/>
                <w:sz w:val="20"/>
                <w:szCs w:val="20"/>
                <w:lang w:val="da-DK"/>
              </w:rPr>
            </w:pPr>
            <w:r w:rsidRPr="00403024">
              <w:rPr>
                <w:rFonts w:ascii="Verdana" w:hAnsi="Verdana" w:cstheme="minorHAnsi"/>
                <w:b/>
                <w:color w:val="000000" w:themeColor="text1"/>
                <w:spacing w:val="-2"/>
                <w:sz w:val="20"/>
                <w:szCs w:val="20"/>
                <w:lang w:val="da-DK"/>
              </w:rPr>
              <w:t xml:space="preserve">Ledelse og organisation: </w:t>
            </w:r>
          </w:p>
        </w:tc>
        <w:tc>
          <w:tcPr>
            <w:tcW w:w="567" w:type="dxa"/>
            <w:tcBorders>
              <w:top w:val="nil"/>
              <w:left w:val="single" w:sz="4" w:space="0" w:color="000000" w:themeColor="text1"/>
              <w:bottom w:val="nil"/>
              <w:right w:val="single" w:sz="4" w:space="0" w:color="000000" w:themeColor="text1"/>
            </w:tcBorders>
          </w:tcPr>
          <w:p w14:paraId="2C00146F"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shd w:val="clear" w:color="auto" w:fill="F2F2F2" w:themeFill="background1" w:themeFillShade="F2"/>
          </w:tcPr>
          <w:p w14:paraId="1A1CA7F7"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586466B3"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shd w:val="clear" w:color="auto" w:fill="F2F2F2" w:themeFill="background1" w:themeFillShade="F2"/>
          </w:tcPr>
          <w:p w14:paraId="1EC4D52B"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7678428E" w14:textId="77777777" w:rsidTr="00247F1C">
        <w:tc>
          <w:tcPr>
            <w:tcW w:w="3397" w:type="dxa"/>
            <w:tcBorders>
              <w:right w:val="single" w:sz="4" w:space="0" w:color="000000" w:themeColor="text1"/>
            </w:tcBorders>
          </w:tcPr>
          <w:p w14:paraId="306E5ACD"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Personaleledelse</w:t>
            </w:r>
          </w:p>
        </w:tc>
        <w:tc>
          <w:tcPr>
            <w:tcW w:w="567" w:type="dxa"/>
            <w:tcBorders>
              <w:top w:val="nil"/>
              <w:left w:val="single" w:sz="4" w:space="0" w:color="000000" w:themeColor="text1"/>
              <w:bottom w:val="nil"/>
              <w:right w:val="single" w:sz="4" w:space="0" w:color="000000" w:themeColor="text1"/>
            </w:tcBorders>
          </w:tcPr>
          <w:p w14:paraId="149E491D"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78724847"/>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176788D9"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79F99FDB"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726445250"/>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78768925"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4FE845CC" w14:textId="77777777" w:rsidTr="00247F1C">
        <w:tc>
          <w:tcPr>
            <w:tcW w:w="3397" w:type="dxa"/>
            <w:tcBorders>
              <w:right w:val="single" w:sz="4" w:space="0" w:color="000000" w:themeColor="text1"/>
            </w:tcBorders>
          </w:tcPr>
          <w:p w14:paraId="7E9E33FF"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HR og organisationsudvikling</w:t>
            </w:r>
          </w:p>
        </w:tc>
        <w:tc>
          <w:tcPr>
            <w:tcW w:w="567" w:type="dxa"/>
            <w:tcBorders>
              <w:top w:val="nil"/>
              <w:left w:val="single" w:sz="4" w:space="0" w:color="000000" w:themeColor="text1"/>
              <w:bottom w:val="nil"/>
              <w:right w:val="single" w:sz="4" w:space="0" w:color="000000" w:themeColor="text1"/>
            </w:tcBorders>
          </w:tcPr>
          <w:p w14:paraId="163DCBEE"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2131053829"/>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5BC51A8A"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3397F900"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249162830"/>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683838CF"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6D6266A6" w14:textId="77777777" w:rsidTr="00247F1C">
        <w:tc>
          <w:tcPr>
            <w:tcW w:w="3397" w:type="dxa"/>
            <w:tcBorders>
              <w:right w:val="single" w:sz="4" w:space="0" w:color="000000" w:themeColor="text1"/>
            </w:tcBorders>
          </w:tcPr>
          <w:p w14:paraId="1CCA92D4"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Jura</w:t>
            </w:r>
          </w:p>
        </w:tc>
        <w:tc>
          <w:tcPr>
            <w:tcW w:w="567" w:type="dxa"/>
            <w:tcBorders>
              <w:top w:val="nil"/>
              <w:left w:val="single" w:sz="4" w:space="0" w:color="000000" w:themeColor="text1"/>
              <w:bottom w:val="nil"/>
              <w:right w:val="single" w:sz="4" w:space="0" w:color="000000" w:themeColor="text1"/>
            </w:tcBorders>
          </w:tcPr>
          <w:p w14:paraId="226FA230"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791981541"/>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2FADD6BE"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3B13FF8E"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449905917"/>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093FBDD6"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31D2A3C3" w14:textId="77777777" w:rsidTr="00247F1C">
        <w:tc>
          <w:tcPr>
            <w:tcW w:w="3397" w:type="dxa"/>
            <w:tcBorders>
              <w:right w:val="single" w:sz="4" w:space="0" w:color="000000" w:themeColor="text1"/>
            </w:tcBorders>
          </w:tcPr>
          <w:p w14:paraId="7308D913"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IT (Cybersikkerhed)</w:t>
            </w:r>
          </w:p>
        </w:tc>
        <w:tc>
          <w:tcPr>
            <w:tcW w:w="567" w:type="dxa"/>
            <w:tcBorders>
              <w:top w:val="nil"/>
              <w:left w:val="single" w:sz="4" w:space="0" w:color="000000" w:themeColor="text1"/>
              <w:bottom w:val="nil"/>
              <w:right w:val="single" w:sz="4" w:space="0" w:color="000000" w:themeColor="text1"/>
            </w:tcBorders>
          </w:tcPr>
          <w:p w14:paraId="357CA7F6"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435661802"/>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0A445E2A"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7BDD23E8"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578130719"/>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6DB77364"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20D88C1D" w14:textId="77777777" w:rsidTr="00247F1C">
        <w:tc>
          <w:tcPr>
            <w:tcW w:w="3397" w:type="dxa"/>
            <w:tcBorders>
              <w:right w:val="single" w:sz="4" w:space="0" w:color="000000" w:themeColor="text1"/>
            </w:tcBorders>
          </w:tcPr>
          <w:p w14:paraId="78E140FC"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Forandringsledelse</w:t>
            </w:r>
          </w:p>
        </w:tc>
        <w:tc>
          <w:tcPr>
            <w:tcW w:w="567" w:type="dxa"/>
            <w:tcBorders>
              <w:top w:val="nil"/>
              <w:left w:val="single" w:sz="4" w:space="0" w:color="000000" w:themeColor="text1"/>
              <w:bottom w:val="nil"/>
              <w:right w:val="single" w:sz="4" w:space="0" w:color="000000" w:themeColor="text1"/>
            </w:tcBorders>
          </w:tcPr>
          <w:p w14:paraId="7486F8E2"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586953075"/>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7906E152"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17FF044C"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660934609"/>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2D5494AD"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41A7961C" w14:textId="77777777" w:rsidTr="00247F1C">
        <w:tc>
          <w:tcPr>
            <w:tcW w:w="3397" w:type="dxa"/>
            <w:tcBorders>
              <w:right w:val="single" w:sz="4" w:space="0" w:color="000000" w:themeColor="text1"/>
            </w:tcBorders>
          </w:tcPr>
          <w:p w14:paraId="2E83F127" w14:textId="77777777" w:rsidR="00036B03" w:rsidRPr="00403024" w:rsidRDefault="00036B03" w:rsidP="00247F1C">
            <w:pPr>
              <w:rPr>
                <w:rFonts w:ascii="Verdana" w:hAnsi="Verdana" w:cstheme="minorHAnsi"/>
                <w:color w:val="000000" w:themeColor="text1"/>
                <w:spacing w:val="-2"/>
                <w:sz w:val="20"/>
                <w:szCs w:val="20"/>
                <w:lang w:val="da-DK"/>
              </w:rPr>
            </w:pPr>
          </w:p>
        </w:tc>
        <w:tc>
          <w:tcPr>
            <w:tcW w:w="567" w:type="dxa"/>
            <w:tcBorders>
              <w:top w:val="nil"/>
              <w:left w:val="single" w:sz="4" w:space="0" w:color="000000" w:themeColor="text1"/>
              <w:bottom w:val="nil"/>
              <w:right w:val="single" w:sz="4" w:space="0" w:color="000000" w:themeColor="text1"/>
            </w:tcBorders>
          </w:tcPr>
          <w:p w14:paraId="16C73CFD"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tcPr>
          <w:p w14:paraId="747B64E3"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3CDA5466"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tcPr>
          <w:p w14:paraId="1EE49151"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200FFF58" w14:textId="77777777" w:rsidTr="00247F1C">
        <w:tc>
          <w:tcPr>
            <w:tcW w:w="3397" w:type="dxa"/>
            <w:tcBorders>
              <w:right w:val="single" w:sz="4" w:space="0" w:color="000000" w:themeColor="text1"/>
            </w:tcBorders>
            <w:shd w:val="clear" w:color="auto" w:fill="F2F2F2" w:themeFill="background1" w:themeFillShade="F2"/>
          </w:tcPr>
          <w:p w14:paraId="5536872A" w14:textId="77777777" w:rsidR="00036B03" w:rsidRPr="00403024" w:rsidRDefault="00036B03" w:rsidP="00247F1C">
            <w:pPr>
              <w:ind w:left="30"/>
              <w:rPr>
                <w:rFonts w:ascii="Verdana" w:hAnsi="Verdana" w:cstheme="minorHAnsi"/>
                <w:b/>
                <w:color w:val="000000" w:themeColor="text1"/>
                <w:spacing w:val="-2"/>
                <w:sz w:val="20"/>
                <w:szCs w:val="20"/>
                <w:lang w:val="da-DK"/>
              </w:rPr>
            </w:pPr>
            <w:r w:rsidRPr="00403024">
              <w:rPr>
                <w:rFonts w:ascii="Verdana" w:hAnsi="Verdana" w:cstheme="minorHAnsi"/>
                <w:b/>
                <w:color w:val="000000" w:themeColor="text1"/>
                <w:spacing w:val="-2"/>
                <w:sz w:val="20"/>
                <w:szCs w:val="20"/>
                <w:lang w:val="da-DK"/>
              </w:rPr>
              <w:t>Økonomi og Finansiering:</w:t>
            </w:r>
          </w:p>
        </w:tc>
        <w:tc>
          <w:tcPr>
            <w:tcW w:w="567" w:type="dxa"/>
            <w:tcBorders>
              <w:top w:val="nil"/>
              <w:left w:val="single" w:sz="4" w:space="0" w:color="000000" w:themeColor="text1"/>
              <w:bottom w:val="nil"/>
              <w:right w:val="single" w:sz="4" w:space="0" w:color="000000" w:themeColor="text1"/>
            </w:tcBorders>
          </w:tcPr>
          <w:p w14:paraId="27EC2BAE"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shd w:val="clear" w:color="auto" w:fill="F2F2F2" w:themeFill="background1" w:themeFillShade="F2"/>
          </w:tcPr>
          <w:p w14:paraId="2A546863"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03355DF5"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shd w:val="clear" w:color="auto" w:fill="F2F2F2" w:themeFill="background1" w:themeFillShade="F2"/>
          </w:tcPr>
          <w:p w14:paraId="31623820"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25CF9003" w14:textId="77777777" w:rsidTr="00247F1C">
        <w:tc>
          <w:tcPr>
            <w:tcW w:w="3397" w:type="dxa"/>
            <w:tcBorders>
              <w:right w:val="single" w:sz="4" w:space="0" w:color="000000" w:themeColor="text1"/>
            </w:tcBorders>
          </w:tcPr>
          <w:p w14:paraId="20C383AD" w14:textId="77777777" w:rsidR="00036B03" w:rsidRPr="00403024" w:rsidRDefault="00036B03" w:rsidP="00247F1C">
            <w:pPr>
              <w:ind w:left="30"/>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Økonomi</w:t>
            </w:r>
          </w:p>
        </w:tc>
        <w:tc>
          <w:tcPr>
            <w:tcW w:w="567" w:type="dxa"/>
            <w:tcBorders>
              <w:top w:val="nil"/>
              <w:left w:val="single" w:sz="4" w:space="0" w:color="000000" w:themeColor="text1"/>
              <w:bottom w:val="nil"/>
              <w:right w:val="single" w:sz="4" w:space="0" w:color="000000" w:themeColor="text1"/>
            </w:tcBorders>
          </w:tcPr>
          <w:p w14:paraId="079F39E0"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335961377"/>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027BF86E"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68F65452"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699816595"/>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4D0DCF1E"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1B710682" w14:textId="77777777" w:rsidTr="00247F1C">
        <w:tc>
          <w:tcPr>
            <w:tcW w:w="3397" w:type="dxa"/>
            <w:tcBorders>
              <w:right w:val="single" w:sz="4" w:space="0" w:color="000000" w:themeColor="text1"/>
            </w:tcBorders>
          </w:tcPr>
          <w:p w14:paraId="26D47BF6" w14:textId="77777777" w:rsidR="00036B03" w:rsidRPr="00403024" w:rsidRDefault="00036B03" w:rsidP="00247F1C">
            <w:pPr>
              <w:ind w:left="30"/>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 xml:space="preserve">Finansiering </w:t>
            </w:r>
          </w:p>
        </w:tc>
        <w:tc>
          <w:tcPr>
            <w:tcW w:w="567" w:type="dxa"/>
            <w:tcBorders>
              <w:top w:val="nil"/>
              <w:left w:val="single" w:sz="4" w:space="0" w:color="000000" w:themeColor="text1"/>
              <w:bottom w:val="nil"/>
              <w:right w:val="single" w:sz="4" w:space="0" w:color="000000" w:themeColor="text1"/>
            </w:tcBorders>
          </w:tcPr>
          <w:p w14:paraId="40A46109"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2049337428"/>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7D2B79D9"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07EE6309"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057774692"/>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5F5A04A5"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6EB68826" w14:textId="77777777" w:rsidTr="00247F1C">
        <w:tc>
          <w:tcPr>
            <w:tcW w:w="3397" w:type="dxa"/>
            <w:tcBorders>
              <w:right w:val="single" w:sz="4" w:space="0" w:color="000000" w:themeColor="text1"/>
            </w:tcBorders>
          </w:tcPr>
          <w:p w14:paraId="5A137786" w14:textId="77777777" w:rsidR="00036B03" w:rsidRPr="00403024" w:rsidRDefault="00036B03" w:rsidP="00247F1C">
            <w:pPr>
              <w:ind w:left="30"/>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Risikostyring</w:t>
            </w:r>
          </w:p>
        </w:tc>
        <w:tc>
          <w:tcPr>
            <w:tcW w:w="567" w:type="dxa"/>
            <w:tcBorders>
              <w:top w:val="nil"/>
              <w:left w:val="single" w:sz="4" w:space="0" w:color="000000" w:themeColor="text1"/>
              <w:bottom w:val="nil"/>
              <w:right w:val="single" w:sz="4" w:space="0" w:color="000000" w:themeColor="text1"/>
            </w:tcBorders>
          </w:tcPr>
          <w:p w14:paraId="37DD48C4"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45500662"/>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3F3D4F0F"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2E0ED3B5"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444340898"/>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09DC97C1"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534BCB86" w14:textId="77777777" w:rsidTr="00247F1C">
        <w:tc>
          <w:tcPr>
            <w:tcW w:w="3397" w:type="dxa"/>
            <w:tcBorders>
              <w:right w:val="single" w:sz="4" w:space="0" w:color="000000" w:themeColor="text1"/>
            </w:tcBorders>
          </w:tcPr>
          <w:p w14:paraId="6B920D1E" w14:textId="77777777" w:rsidR="00036B03" w:rsidRPr="00403024" w:rsidRDefault="00036B03" w:rsidP="00247F1C">
            <w:pPr>
              <w:ind w:left="30"/>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Ejer eller generationsskifte</w:t>
            </w:r>
          </w:p>
        </w:tc>
        <w:tc>
          <w:tcPr>
            <w:tcW w:w="567" w:type="dxa"/>
            <w:tcBorders>
              <w:top w:val="nil"/>
              <w:left w:val="single" w:sz="4" w:space="0" w:color="000000" w:themeColor="text1"/>
              <w:bottom w:val="nil"/>
              <w:right w:val="single" w:sz="4" w:space="0" w:color="000000" w:themeColor="text1"/>
            </w:tcBorders>
          </w:tcPr>
          <w:p w14:paraId="5D0E26B7"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2139097132"/>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02F02D33"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5302B486"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63863355"/>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29D45EF6"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23616DD8" w14:textId="77777777" w:rsidTr="00247F1C">
        <w:tc>
          <w:tcPr>
            <w:tcW w:w="3397" w:type="dxa"/>
            <w:tcBorders>
              <w:right w:val="single" w:sz="4" w:space="0" w:color="000000" w:themeColor="text1"/>
            </w:tcBorders>
          </w:tcPr>
          <w:p w14:paraId="1DCBAA73" w14:textId="77777777" w:rsidR="00036B03" w:rsidRPr="00403024" w:rsidRDefault="00036B03" w:rsidP="00247F1C">
            <w:pPr>
              <w:ind w:left="30"/>
              <w:rPr>
                <w:rFonts w:ascii="Verdana" w:hAnsi="Verdana" w:cstheme="minorHAnsi"/>
                <w:color w:val="000000" w:themeColor="text1"/>
                <w:spacing w:val="-2"/>
                <w:sz w:val="20"/>
                <w:szCs w:val="20"/>
                <w:lang w:val="da-DK"/>
              </w:rPr>
            </w:pPr>
          </w:p>
        </w:tc>
        <w:tc>
          <w:tcPr>
            <w:tcW w:w="567" w:type="dxa"/>
            <w:tcBorders>
              <w:top w:val="nil"/>
              <w:left w:val="single" w:sz="4" w:space="0" w:color="000000" w:themeColor="text1"/>
              <w:bottom w:val="nil"/>
              <w:right w:val="single" w:sz="4" w:space="0" w:color="000000" w:themeColor="text1"/>
            </w:tcBorders>
          </w:tcPr>
          <w:p w14:paraId="2956BE4B"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tcPr>
          <w:p w14:paraId="7FCF05C7"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441DAEE2"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tcPr>
          <w:p w14:paraId="41CAFD3A"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4100DD7D" w14:textId="77777777" w:rsidTr="00247F1C">
        <w:tc>
          <w:tcPr>
            <w:tcW w:w="3397" w:type="dxa"/>
            <w:tcBorders>
              <w:right w:val="single" w:sz="4" w:space="0" w:color="000000" w:themeColor="text1"/>
            </w:tcBorders>
            <w:shd w:val="clear" w:color="auto" w:fill="F2F2F2" w:themeFill="background1" w:themeFillShade="F2"/>
          </w:tcPr>
          <w:p w14:paraId="6BBFADCA" w14:textId="77777777" w:rsidR="00036B03" w:rsidRPr="00403024" w:rsidRDefault="00036B03" w:rsidP="00247F1C">
            <w:pPr>
              <w:ind w:left="30"/>
              <w:rPr>
                <w:rFonts w:ascii="Verdana" w:hAnsi="Verdana" w:cstheme="minorHAnsi"/>
                <w:b/>
                <w:color w:val="000000" w:themeColor="text1"/>
                <w:spacing w:val="-2"/>
                <w:sz w:val="20"/>
                <w:szCs w:val="20"/>
                <w:lang w:val="da-DK"/>
              </w:rPr>
            </w:pPr>
            <w:r w:rsidRPr="00403024">
              <w:rPr>
                <w:rFonts w:ascii="Verdana" w:hAnsi="Verdana" w:cstheme="minorHAnsi"/>
                <w:b/>
                <w:color w:val="000000" w:themeColor="text1"/>
                <w:spacing w:val="-2"/>
                <w:sz w:val="20"/>
                <w:szCs w:val="20"/>
                <w:lang w:val="da-DK"/>
              </w:rPr>
              <w:t>Drift, Produktion og Logistik:</w:t>
            </w:r>
          </w:p>
        </w:tc>
        <w:tc>
          <w:tcPr>
            <w:tcW w:w="567" w:type="dxa"/>
            <w:tcBorders>
              <w:top w:val="nil"/>
              <w:left w:val="single" w:sz="4" w:space="0" w:color="000000" w:themeColor="text1"/>
              <w:bottom w:val="nil"/>
              <w:right w:val="single" w:sz="4" w:space="0" w:color="000000" w:themeColor="text1"/>
            </w:tcBorders>
          </w:tcPr>
          <w:p w14:paraId="337B12AC"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shd w:val="clear" w:color="auto" w:fill="F2F2F2" w:themeFill="background1" w:themeFillShade="F2"/>
          </w:tcPr>
          <w:p w14:paraId="138826BB"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69428A08"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shd w:val="clear" w:color="auto" w:fill="F2F2F2" w:themeFill="background1" w:themeFillShade="F2"/>
          </w:tcPr>
          <w:p w14:paraId="38B6344A"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r w:rsidR="00036B03" w:rsidRPr="00403024" w14:paraId="6256F062" w14:textId="77777777" w:rsidTr="00247F1C">
        <w:tc>
          <w:tcPr>
            <w:tcW w:w="3397" w:type="dxa"/>
            <w:tcBorders>
              <w:right w:val="single" w:sz="4" w:space="0" w:color="000000" w:themeColor="text1"/>
            </w:tcBorders>
          </w:tcPr>
          <w:p w14:paraId="593DDFBF" w14:textId="77777777" w:rsidR="00036B03" w:rsidRPr="00403024" w:rsidRDefault="00036B03" w:rsidP="00247F1C">
            <w:pPr>
              <w:ind w:left="30"/>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Drift</w:t>
            </w:r>
          </w:p>
        </w:tc>
        <w:tc>
          <w:tcPr>
            <w:tcW w:w="567" w:type="dxa"/>
            <w:tcBorders>
              <w:top w:val="nil"/>
              <w:left w:val="single" w:sz="4" w:space="0" w:color="000000" w:themeColor="text1"/>
              <w:bottom w:val="nil"/>
              <w:right w:val="single" w:sz="4" w:space="0" w:color="000000" w:themeColor="text1"/>
            </w:tcBorders>
          </w:tcPr>
          <w:p w14:paraId="35BD8C56"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9842000"/>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43BD92F0"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5ABAD6E7"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85791864"/>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4CD35454"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6A8F4921" w14:textId="77777777" w:rsidTr="00247F1C">
        <w:tc>
          <w:tcPr>
            <w:tcW w:w="3397" w:type="dxa"/>
            <w:tcBorders>
              <w:right w:val="single" w:sz="4" w:space="0" w:color="000000" w:themeColor="text1"/>
            </w:tcBorders>
          </w:tcPr>
          <w:p w14:paraId="3C50BF96" w14:textId="77777777" w:rsidR="00036B03" w:rsidRPr="00403024" w:rsidRDefault="00036B03" w:rsidP="00247F1C">
            <w:pPr>
              <w:ind w:left="30"/>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Produktion</w:t>
            </w:r>
          </w:p>
        </w:tc>
        <w:tc>
          <w:tcPr>
            <w:tcW w:w="567" w:type="dxa"/>
            <w:tcBorders>
              <w:top w:val="nil"/>
              <w:left w:val="single" w:sz="4" w:space="0" w:color="000000" w:themeColor="text1"/>
              <w:bottom w:val="nil"/>
              <w:right w:val="single" w:sz="4" w:space="0" w:color="000000" w:themeColor="text1"/>
            </w:tcBorders>
          </w:tcPr>
          <w:p w14:paraId="00D2AB1F"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519274231"/>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2CFB7EA2"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4735D36F"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984269651"/>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76FD32B5"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5E4D0F79" w14:textId="77777777" w:rsidTr="00247F1C">
        <w:tc>
          <w:tcPr>
            <w:tcW w:w="3397" w:type="dxa"/>
            <w:tcBorders>
              <w:right w:val="single" w:sz="4" w:space="0" w:color="000000" w:themeColor="text1"/>
            </w:tcBorders>
          </w:tcPr>
          <w:p w14:paraId="15F56F1A" w14:textId="77777777" w:rsidR="00036B03" w:rsidRPr="00403024" w:rsidRDefault="00036B03" w:rsidP="00247F1C">
            <w:pPr>
              <w:ind w:left="30"/>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 xml:space="preserve">Logistik </w:t>
            </w:r>
          </w:p>
        </w:tc>
        <w:tc>
          <w:tcPr>
            <w:tcW w:w="567" w:type="dxa"/>
            <w:tcBorders>
              <w:top w:val="nil"/>
              <w:left w:val="single" w:sz="4" w:space="0" w:color="000000" w:themeColor="text1"/>
              <w:bottom w:val="nil"/>
              <w:right w:val="single" w:sz="4" w:space="0" w:color="000000" w:themeColor="text1"/>
            </w:tcBorders>
          </w:tcPr>
          <w:p w14:paraId="03B3F272"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14485639"/>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2968A328"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2E4801A9"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194039551"/>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1B7478DA"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44F911FC" w14:textId="77777777" w:rsidTr="00247F1C">
        <w:tc>
          <w:tcPr>
            <w:tcW w:w="3397" w:type="dxa"/>
            <w:tcBorders>
              <w:right w:val="single" w:sz="4" w:space="0" w:color="000000" w:themeColor="text1"/>
            </w:tcBorders>
          </w:tcPr>
          <w:p w14:paraId="4D576B59" w14:textId="77777777" w:rsidR="00036B03" w:rsidRPr="00403024" w:rsidRDefault="00036B03" w:rsidP="00247F1C">
            <w:pPr>
              <w:ind w:left="30"/>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Supply chain</w:t>
            </w:r>
          </w:p>
        </w:tc>
        <w:tc>
          <w:tcPr>
            <w:tcW w:w="567" w:type="dxa"/>
            <w:tcBorders>
              <w:top w:val="nil"/>
              <w:left w:val="single" w:sz="4" w:space="0" w:color="000000" w:themeColor="text1"/>
              <w:bottom w:val="nil"/>
              <w:right w:val="single" w:sz="4" w:space="0" w:color="000000" w:themeColor="text1"/>
            </w:tcBorders>
          </w:tcPr>
          <w:p w14:paraId="2DBE1FBB"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879548000"/>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right w:val="single" w:sz="4" w:space="0" w:color="000000" w:themeColor="text1"/>
                </w:tcBorders>
              </w:tcPr>
              <w:p w14:paraId="71D42013"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c>
          <w:tcPr>
            <w:tcW w:w="426" w:type="dxa"/>
            <w:tcBorders>
              <w:top w:val="nil"/>
              <w:left w:val="single" w:sz="4" w:space="0" w:color="000000" w:themeColor="text1"/>
              <w:bottom w:val="nil"/>
              <w:right w:val="single" w:sz="4" w:space="0" w:color="000000" w:themeColor="text1"/>
            </w:tcBorders>
          </w:tcPr>
          <w:p w14:paraId="71DF5C41"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742450403"/>
            <w15:color w:val="000000"/>
            <w14:checkbox>
              <w14:checked w14:val="0"/>
              <w14:checkedState w14:val="0052" w14:font="Wingdings 2"/>
              <w14:uncheckedState w14:val="2610" w14:font="MS Gothic"/>
            </w14:checkbox>
          </w:sdtPr>
          <w:sdtEndPr/>
          <w:sdtContent>
            <w:tc>
              <w:tcPr>
                <w:tcW w:w="2268" w:type="dxa"/>
                <w:tcBorders>
                  <w:left w:val="single" w:sz="4" w:space="0" w:color="000000" w:themeColor="text1"/>
                </w:tcBorders>
              </w:tcPr>
              <w:p w14:paraId="20E3246C"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66A6383D" w14:textId="77777777" w:rsidTr="00247F1C">
        <w:tc>
          <w:tcPr>
            <w:tcW w:w="3397" w:type="dxa"/>
            <w:tcBorders>
              <w:right w:val="single" w:sz="4" w:space="0" w:color="000000" w:themeColor="text1"/>
            </w:tcBorders>
          </w:tcPr>
          <w:p w14:paraId="2233C6B7" w14:textId="77777777" w:rsidR="00036B03" w:rsidRPr="00403024" w:rsidRDefault="00036B03" w:rsidP="00247F1C">
            <w:pPr>
              <w:ind w:left="30"/>
              <w:rPr>
                <w:rFonts w:ascii="Verdana" w:hAnsi="Verdana" w:cstheme="minorHAnsi"/>
                <w:color w:val="000000" w:themeColor="text1"/>
                <w:spacing w:val="-2"/>
                <w:sz w:val="20"/>
                <w:szCs w:val="20"/>
                <w:lang w:val="da-DK"/>
              </w:rPr>
            </w:pPr>
          </w:p>
        </w:tc>
        <w:tc>
          <w:tcPr>
            <w:tcW w:w="567" w:type="dxa"/>
            <w:tcBorders>
              <w:top w:val="nil"/>
              <w:left w:val="single" w:sz="4" w:space="0" w:color="000000" w:themeColor="text1"/>
              <w:bottom w:val="nil"/>
              <w:right w:val="single" w:sz="4" w:space="0" w:color="000000" w:themeColor="text1"/>
            </w:tcBorders>
          </w:tcPr>
          <w:p w14:paraId="375B2FF9"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right w:val="single" w:sz="4" w:space="0" w:color="000000" w:themeColor="text1"/>
            </w:tcBorders>
          </w:tcPr>
          <w:p w14:paraId="404C46F6" w14:textId="77777777" w:rsidR="00036B03" w:rsidRPr="00403024" w:rsidRDefault="00036B03" w:rsidP="00247F1C">
            <w:pPr>
              <w:ind w:right="32"/>
              <w:jc w:val="center"/>
              <w:rPr>
                <w:rFonts w:ascii="Verdana" w:hAnsi="Verdana" w:cstheme="minorHAnsi"/>
                <w:color w:val="000000" w:themeColor="text1"/>
                <w:spacing w:val="-2"/>
                <w:sz w:val="20"/>
                <w:szCs w:val="20"/>
                <w:lang w:val="da-DK"/>
              </w:rPr>
            </w:pPr>
          </w:p>
        </w:tc>
        <w:tc>
          <w:tcPr>
            <w:tcW w:w="426" w:type="dxa"/>
            <w:tcBorders>
              <w:top w:val="nil"/>
              <w:left w:val="single" w:sz="4" w:space="0" w:color="000000" w:themeColor="text1"/>
              <w:bottom w:val="nil"/>
              <w:right w:val="single" w:sz="4" w:space="0" w:color="000000" w:themeColor="text1"/>
            </w:tcBorders>
          </w:tcPr>
          <w:p w14:paraId="494B2D99" w14:textId="77777777" w:rsidR="00036B03" w:rsidRPr="00403024" w:rsidRDefault="00036B03" w:rsidP="00247F1C">
            <w:pPr>
              <w:rPr>
                <w:rFonts w:ascii="Verdana" w:hAnsi="Verdana" w:cstheme="minorHAnsi"/>
                <w:color w:val="000000" w:themeColor="text1"/>
                <w:spacing w:val="-2"/>
                <w:sz w:val="20"/>
                <w:szCs w:val="20"/>
                <w:lang w:val="da-DK"/>
              </w:rPr>
            </w:pPr>
          </w:p>
        </w:tc>
        <w:tc>
          <w:tcPr>
            <w:tcW w:w="2268" w:type="dxa"/>
            <w:tcBorders>
              <w:left w:val="single" w:sz="4" w:space="0" w:color="000000" w:themeColor="text1"/>
            </w:tcBorders>
          </w:tcPr>
          <w:p w14:paraId="64212570" w14:textId="77777777" w:rsidR="00036B03" w:rsidRPr="00403024" w:rsidRDefault="00036B03" w:rsidP="00247F1C">
            <w:pPr>
              <w:jc w:val="center"/>
              <w:rPr>
                <w:rFonts w:ascii="Verdana" w:hAnsi="Verdana" w:cstheme="minorHAnsi"/>
                <w:color w:val="000000" w:themeColor="text1"/>
                <w:spacing w:val="-2"/>
                <w:sz w:val="20"/>
                <w:szCs w:val="20"/>
                <w:lang w:val="da-DK"/>
              </w:rPr>
            </w:pPr>
          </w:p>
        </w:tc>
      </w:tr>
    </w:tbl>
    <w:p w14:paraId="11C87459" w14:textId="77777777" w:rsidR="00036B03" w:rsidRDefault="00036B03" w:rsidP="00036B03">
      <w:pPr>
        <w:rPr>
          <w:rFonts w:ascii="Calibri" w:hAnsi="Calibri"/>
          <w:color w:val="FF0000"/>
          <w:spacing w:val="-2"/>
          <w:lang w:val="da-DK"/>
        </w:rPr>
      </w:pPr>
    </w:p>
    <w:p w14:paraId="52243B4B" w14:textId="77777777" w:rsidR="00036B03" w:rsidRPr="006F5D72" w:rsidRDefault="00036B03" w:rsidP="00036B03">
      <w:pPr>
        <w:pageBreakBefore/>
        <w:rPr>
          <w:lang w:val="da-DK"/>
        </w:rPr>
      </w:pPr>
      <w:r w:rsidRPr="006F5D72">
        <w:rPr>
          <w:rFonts w:asciiTheme="majorHAnsi" w:eastAsiaTheme="majorEastAsia" w:hAnsiTheme="majorHAnsi" w:cstheme="majorBidi"/>
          <w:b/>
          <w:bCs/>
          <w:color w:val="4F81BD" w:themeColor="accent1"/>
          <w:sz w:val="26"/>
          <w:szCs w:val="26"/>
          <w:lang w:val="da-DK"/>
        </w:rPr>
        <w:lastRenderedPageBreak/>
        <w:t xml:space="preserve">BILAG </w:t>
      </w:r>
      <w:r>
        <w:rPr>
          <w:rFonts w:asciiTheme="majorHAnsi" w:eastAsiaTheme="majorEastAsia" w:hAnsiTheme="majorHAnsi" w:cstheme="majorBidi"/>
          <w:b/>
          <w:bCs/>
          <w:color w:val="4F81BD" w:themeColor="accent1"/>
          <w:sz w:val="26"/>
          <w:szCs w:val="26"/>
          <w:lang w:val="da-DK"/>
        </w:rPr>
        <w:t>2</w:t>
      </w:r>
      <w:r w:rsidRPr="006F5D72">
        <w:rPr>
          <w:rFonts w:asciiTheme="majorHAnsi" w:eastAsiaTheme="majorEastAsia" w:hAnsiTheme="majorHAnsi" w:cstheme="majorBidi"/>
          <w:b/>
          <w:bCs/>
          <w:color w:val="4F81BD" w:themeColor="accent1"/>
          <w:sz w:val="26"/>
          <w:szCs w:val="26"/>
          <w:lang w:val="da-DK"/>
        </w:rPr>
        <w:t>: Erfaring med brancher, kanaler og livscyklus</w:t>
      </w:r>
      <w:r>
        <w:rPr>
          <w:rFonts w:asciiTheme="majorHAnsi" w:eastAsiaTheme="majorEastAsia" w:hAnsiTheme="majorHAnsi" w:cstheme="majorBidi"/>
          <w:b/>
          <w:bCs/>
          <w:color w:val="4F81BD" w:themeColor="accent1"/>
          <w:sz w:val="26"/>
          <w:szCs w:val="26"/>
          <w:lang w:val="da-DK"/>
        </w:rPr>
        <w:t>.</w:t>
      </w:r>
    </w:p>
    <w:p w14:paraId="53039897" w14:textId="77777777" w:rsidR="00036B03" w:rsidRPr="00403024" w:rsidRDefault="00036B03" w:rsidP="00036B03">
      <w:pPr>
        <w:rPr>
          <w:rFonts w:ascii="Verdana" w:hAnsi="Verdana"/>
          <w:sz w:val="24"/>
          <w:szCs w:val="24"/>
          <w:lang w:val="da-DK"/>
        </w:rPr>
      </w:pPr>
      <w:r w:rsidRPr="00403024">
        <w:rPr>
          <w:rFonts w:ascii="Verdana" w:hAnsi="Verdana"/>
          <w:sz w:val="20"/>
          <w:szCs w:val="20"/>
          <w:lang w:val="da-DK"/>
        </w:rPr>
        <w:t xml:space="preserve">Afkryds venligst: </w:t>
      </w:r>
    </w:p>
    <w:tbl>
      <w:tblPr>
        <w:tblStyle w:val="TableGrid"/>
        <w:tblW w:w="9067" w:type="dxa"/>
        <w:tblLayout w:type="fixed"/>
        <w:tblLook w:val="04A0" w:firstRow="1" w:lastRow="0" w:firstColumn="1" w:lastColumn="0" w:noHBand="0" w:noVBand="1"/>
      </w:tblPr>
      <w:tblGrid>
        <w:gridCol w:w="3131"/>
        <w:gridCol w:w="237"/>
        <w:gridCol w:w="1425"/>
        <w:gridCol w:w="1425"/>
        <w:gridCol w:w="1424"/>
        <w:gridCol w:w="1425"/>
      </w:tblGrid>
      <w:tr w:rsidR="00036B03" w:rsidRPr="00403024" w14:paraId="14176CE1" w14:textId="77777777" w:rsidTr="00247F1C">
        <w:tc>
          <w:tcPr>
            <w:tcW w:w="3131" w:type="dxa"/>
            <w:tcBorders>
              <w:right w:val="single" w:sz="4" w:space="0" w:color="000000" w:themeColor="text1"/>
            </w:tcBorders>
            <w:shd w:val="clear" w:color="auto" w:fill="D9D9D9" w:themeFill="background1" w:themeFillShade="D9"/>
          </w:tcPr>
          <w:p w14:paraId="4C01CBB8" w14:textId="77777777" w:rsidR="00036B03" w:rsidRPr="00403024" w:rsidRDefault="00036B03" w:rsidP="00247F1C">
            <w:pPr>
              <w:tabs>
                <w:tab w:val="center" w:pos="854"/>
              </w:tabs>
              <w:rPr>
                <w:rFonts w:ascii="Verdana" w:hAnsi="Verdana"/>
                <w:b/>
                <w:color w:val="000000" w:themeColor="text1"/>
                <w:spacing w:val="-2"/>
                <w:sz w:val="20"/>
                <w:szCs w:val="20"/>
                <w:lang w:val="da-DK"/>
              </w:rPr>
            </w:pPr>
            <w:r w:rsidRPr="00403024">
              <w:rPr>
                <w:rFonts w:ascii="Verdana" w:hAnsi="Verdana"/>
                <w:b/>
                <w:color w:val="000000" w:themeColor="text1"/>
                <w:spacing w:val="-2"/>
                <w:sz w:val="20"/>
                <w:szCs w:val="20"/>
                <w:lang w:val="da-DK"/>
              </w:rPr>
              <w:t>Branche:</w:t>
            </w:r>
          </w:p>
        </w:tc>
        <w:tc>
          <w:tcPr>
            <w:tcW w:w="237" w:type="dxa"/>
            <w:tcBorders>
              <w:top w:val="nil"/>
              <w:left w:val="single" w:sz="4" w:space="0" w:color="000000" w:themeColor="text1"/>
              <w:bottom w:val="nil"/>
              <w:right w:val="single" w:sz="4" w:space="0" w:color="000000" w:themeColor="text1"/>
            </w:tcBorders>
          </w:tcPr>
          <w:p w14:paraId="7BF13D23" w14:textId="77777777" w:rsidR="00036B03" w:rsidRPr="00403024" w:rsidRDefault="00036B03" w:rsidP="00247F1C">
            <w:pPr>
              <w:rPr>
                <w:rFonts w:ascii="Verdana" w:hAnsi="Verdana"/>
                <w:color w:val="000000" w:themeColor="text1"/>
                <w:spacing w:val="-2"/>
                <w:sz w:val="20"/>
                <w:szCs w:val="20"/>
                <w:lang w:val="da-DK"/>
              </w:rPr>
            </w:pPr>
          </w:p>
        </w:tc>
        <w:tc>
          <w:tcPr>
            <w:tcW w:w="5699" w:type="dxa"/>
            <w:gridSpan w:val="4"/>
            <w:tcBorders>
              <w:left w:val="single" w:sz="4" w:space="0" w:color="000000" w:themeColor="text1"/>
            </w:tcBorders>
            <w:shd w:val="clear" w:color="auto" w:fill="D9D9D9" w:themeFill="background1" w:themeFillShade="D9"/>
          </w:tcPr>
          <w:p w14:paraId="70C36C1C" w14:textId="77777777" w:rsidR="00036B03" w:rsidRPr="00403024" w:rsidRDefault="00036B03" w:rsidP="00247F1C">
            <w:pPr>
              <w:ind w:left="32"/>
              <w:jc w:val="center"/>
              <w:rPr>
                <w:rFonts w:ascii="Verdana" w:hAnsi="Verdana"/>
                <w:b/>
                <w:color w:val="000000" w:themeColor="text1"/>
                <w:spacing w:val="-2"/>
                <w:sz w:val="20"/>
                <w:szCs w:val="20"/>
                <w:lang w:val="da-DK"/>
              </w:rPr>
            </w:pPr>
            <w:r w:rsidRPr="00403024">
              <w:rPr>
                <w:rFonts w:ascii="Verdana" w:hAnsi="Verdana"/>
                <w:b/>
                <w:color w:val="000000" w:themeColor="text1"/>
                <w:spacing w:val="-2"/>
                <w:sz w:val="20"/>
                <w:szCs w:val="20"/>
                <w:lang w:val="da-DK"/>
              </w:rPr>
              <w:t>Virksomhedens livscyklus</w:t>
            </w:r>
          </w:p>
        </w:tc>
      </w:tr>
      <w:tr w:rsidR="00036B03" w:rsidRPr="00403024" w14:paraId="68C9F8EB" w14:textId="77777777" w:rsidTr="00247F1C">
        <w:tc>
          <w:tcPr>
            <w:tcW w:w="3131" w:type="dxa"/>
            <w:tcBorders>
              <w:right w:val="single" w:sz="4" w:space="0" w:color="000000" w:themeColor="text1"/>
            </w:tcBorders>
            <w:shd w:val="clear" w:color="auto" w:fill="D9D9D9" w:themeFill="background1" w:themeFillShade="D9"/>
          </w:tcPr>
          <w:p w14:paraId="61B8AD35" w14:textId="77777777" w:rsidR="00036B03" w:rsidRPr="00403024" w:rsidRDefault="00036B03" w:rsidP="00247F1C">
            <w:pPr>
              <w:tabs>
                <w:tab w:val="center" w:pos="854"/>
              </w:tabs>
              <w:rPr>
                <w:rFonts w:ascii="Verdana" w:hAnsi="Verdana"/>
                <w:b/>
                <w:color w:val="000000" w:themeColor="text1"/>
                <w:spacing w:val="-2"/>
                <w:sz w:val="20"/>
                <w:szCs w:val="20"/>
                <w:lang w:val="da-DK"/>
              </w:rPr>
            </w:pPr>
          </w:p>
        </w:tc>
        <w:tc>
          <w:tcPr>
            <w:tcW w:w="237" w:type="dxa"/>
            <w:tcBorders>
              <w:top w:val="nil"/>
              <w:left w:val="single" w:sz="4" w:space="0" w:color="000000" w:themeColor="text1"/>
              <w:bottom w:val="nil"/>
              <w:right w:val="single" w:sz="4" w:space="0" w:color="000000" w:themeColor="text1"/>
            </w:tcBorders>
          </w:tcPr>
          <w:p w14:paraId="04D9B04F" w14:textId="77777777" w:rsidR="00036B03" w:rsidRPr="00403024" w:rsidRDefault="00036B03" w:rsidP="00247F1C">
            <w:pPr>
              <w:rPr>
                <w:rFonts w:ascii="Verdana" w:hAnsi="Verdana"/>
                <w:b/>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shd w:val="clear" w:color="auto" w:fill="D9D9D9" w:themeFill="background1" w:themeFillShade="D9"/>
          </w:tcPr>
          <w:p w14:paraId="2E4D8950" w14:textId="77777777" w:rsidR="00036B03" w:rsidRPr="00403024" w:rsidRDefault="00036B03" w:rsidP="00247F1C">
            <w:pPr>
              <w:ind w:left="-31"/>
              <w:jc w:val="center"/>
              <w:rPr>
                <w:rFonts w:ascii="Verdana" w:hAnsi="Verdana"/>
                <w:b/>
                <w:color w:val="000000" w:themeColor="text1"/>
                <w:spacing w:val="-2"/>
                <w:sz w:val="20"/>
                <w:szCs w:val="20"/>
                <w:lang w:val="da-DK"/>
              </w:rPr>
            </w:pPr>
            <w:r w:rsidRPr="00403024">
              <w:rPr>
                <w:rFonts w:ascii="Verdana" w:hAnsi="Verdana"/>
                <w:b/>
                <w:color w:val="000000" w:themeColor="text1"/>
                <w:spacing w:val="-2"/>
                <w:sz w:val="20"/>
                <w:szCs w:val="20"/>
                <w:lang w:val="da-DK"/>
              </w:rPr>
              <w:t>Startup</w:t>
            </w:r>
          </w:p>
        </w:tc>
        <w:tc>
          <w:tcPr>
            <w:tcW w:w="1425" w:type="dxa"/>
            <w:tcBorders>
              <w:left w:val="single" w:sz="4" w:space="0" w:color="000000" w:themeColor="text1"/>
              <w:right w:val="single" w:sz="4" w:space="0" w:color="000000" w:themeColor="text1"/>
            </w:tcBorders>
            <w:shd w:val="clear" w:color="auto" w:fill="D9D9D9" w:themeFill="background1" w:themeFillShade="D9"/>
          </w:tcPr>
          <w:p w14:paraId="6F9987E5" w14:textId="77777777" w:rsidR="00036B03" w:rsidRPr="00403024" w:rsidRDefault="00036B03" w:rsidP="00247F1C">
            <w:pPr>
              <w:ind w:firstLine="9"/>
              <w:jc w:val="center"/>
              <w:rPr>
                <w:rFonts w:ascii="Verdana" w:hAnsi="Verdana"/>
                <w:b/>
                <w:color w:val="000000" w:themeColor="text1"/>
                <w:spacing w:val="-2"/>
                <w:sz w:val="20"/>
                <w:szCs w:val="20"/>
                <w:lang w:val="da-DK"/>
              </w:rPr>
            </w:pPr>
            <w:r w:rsidRPr="00403024">
              <w:rPr>
                <w:rFonts w:ascii="Verdana" w:hAnsi="Verdana"/>
                <w:b/>
                <w:color w:val="000000" w:themeColor="text1"/>
                <w:spacing w:val="-2"/>
                <w:sz w:val="20"/>
                <w:szCs w:val="20"/>
                <w:lang w:val="da-DK"/>
              </w:rPr>
              <w:t>Vækst</w:t>
            </w:r>
          </w:p>
        </w:tc>
        <w:tc>
          <w:tcPr>
            <w:tcW w:w="1424" w:type="dxa"/>
            <w:tcBorders>
              <w:left w:val="single" w:sz="4" w:space="0" w:color="000000" w:themeColor="text1"/>
              <w:right w:val="single" w:sz="4" w:space="0" w:color="000000" w:themeColor="text1"/>
            </w:tcBorders>
            <w:shd w:val="clear" w:color="auto" w:fill="D9D9D9" w:themeFill="background1" w:themeFillShade="D9"/>
          </w:tcPr>
          <w:p w14:paraId="6FFF411E" w14:textId="77777777" w:rsidR="00036B03" w:rsidRPr="00403024" w:rsidRDefault="00036B03" w:rsidP="00247F1C">
            <w:pPr>
              <w:ind w:hanging="3"/>
              <w:jc w:val="center"/>
              <w:rPr>
                <w:rFonts w:ascii="Verdana" w:hAnsi="Verdana"/>
                <w:b/>
                <w:color w:val="000000" w:themeColor="text1"/>
                <w:spacing w:val="-2"/>
                <w:sz w:val="20"/>
                <w:szCs w:val="20"/>
                <w:lang w:val="da-DK"/>
              </w:rPr>
            </w:pPr>
            <w:proofErr w:type="spellStart"/>
            <w:r w:rsidRPr="00403024">
              <w:rPr>
                <w:rFonts w:ascii="Verdana" w:hAnsi="Verdana"/>
                <w:b/>
                <w:color w:val="000000" w:themeColor="text1"/>
                <w:spacing w:val="-2"/>
                <w:sz w:val="20"/>
                <w:szCs w:val="20"/>
                <w:lang w:val="da-DK"/>
              </w:rPr>
              <w:t>Generations-skifte</w:t>
            </w:r>
            <w:proofErr w:type="spellEnd"/>
          </w:p>
        </w:tc>
        <w:tc>
          <w:tcPr>
            <w:tcW w:w="1425" w:type="dxa"/>
            <w:tcBorders>
              <w:left w:val="single" w:sz="4" w:space="0" w:color="000000" w:themeColor="text1"/>
            </w:tcBorders>
            <w:shd w:val="clear" w:color="auto" w:fill="D9D9D9" w:themeFill="background1" w:themeFillShade="D9"/>
          </w:tcPr>
          <w:p w14:paraId="2E720F84" w14:textId="77777777" w:rsidR="00036B03" w:rsidRPr="00403024" w:rsidRDefault="00036B03" w:rsidP="00247F1C">
            <w:pPr>
              <w:ind w:right="31"/>
              <w:jc w:val="center"/>
              <w:rPr>
                <w:rFonts w:ascii="Verdana" w:hAnsi="Verdana"/>
                <w:b/>
                <w:color w:val="000000" w:themeColor="text1"/>
                <w:spacing w:val="-2"/>
                <w:sz w:val="20"/>
                <w:szCs w:val="20"/>
                <w:lang w:val="da-DK"/>
              </w:rPr>
            </w:pPr>
            <w:proofErr w:type="spellStart"/>
            <w:r w:rsidRPr="00403024">
              <w:rPr>
                <w:rFonts w:ascii="Verdana" w:hAnsi="Verdana"/>
                <w:b/>
                <w:color w:val="000000" w:themeColor="text1"/>
                <w:sz w:val="20"/>
                <w:szCs w:val="20"/>
              </w:rPr>
              <w:t>Revitalisering</w:t>
            </w:r>
            <w:proofErr w:type="spellEnd"/>
          </w:p>
        </w:tc>
      </w:tr>
      <w:tr w:rsidR="00036B03" w:rsidRPr="00403024" w14:paraId="24A73FAA" w14:textId="77777777" w:rsidTr="00247F1C">
        <w:tc>
          <w:tcPr>
            <w:tcW w:w="3131" w:type="dxa"/>
            <w:tcBorders>
              <w:right w:val="single" w:sz="4" w:space="0" w:color="000000" w:themeColor="text1"/>
            </w:tcBorders>
            <w:shd w:val="clear" w:color="auto" w:fill="F2F2F2" w:themeFill="background1" w:themeFillShade="F2"/>
          </w:tcPr>
          <w:p w14:paraId="275F3187" w14:textId="77777777" w:rsidR="00036B03" w:rsidRPr="00403024" w:rsidRDefault="00036B03" w:rsidP="00247F1C">
            <w:pPr>
              <w:rPr>
                <w:rFonts w:ascii="Verdana" w:hAnsi="Verdana" w:cstheme="minorHAnsi"/>
                <w:b/>
                <w:color w:val="000000" w:themeColor="text1"/>
                <w:spacing w:val="-2"/>
                <w:sz w:val="20"/>
                <w:szCs w:val="20"/>
                <w:lang w:val="da-DK"/>
              </w:rPr>
            </w:pPr>
          </w:p>
        </w:tc>
        <w:tc>
          <w:tcPr>
            <w:tcW w:w="237" w:type="dxa"/>
            <w:tcBorders>
              <w:top w:val="nil"/>
              <w:left w:val="single" w:sz="4" w:space="0" w:color="000000" w:themeColor="text1"/>
              <w:bottom w:val="nil"/>
              <w:right w:val="single" w:sz="4" w:space="0" w:color="000000" w:themeColor="text1"/>
            </w:tcBorders>
          </w:tcPr>
          <w:p w14:paraId="09FBDFF0" w14:textId="77777777" w:rsidR="00036B03" w:rsidRPr="00403024" w:rsidRDefault="00036B03" w:rsidP="00247F1C">
            <w:pPr>
              <w:rPr>
                <w:rFonts w:ascii="Verdana"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shd w:val="clear" w:color="auto" w:fill="F2F2F2" w:themeFill="background1" w:themeFillShade="F2"/>
          </w:tcPr>
          <w:p w14:paraId="1ECAB023" w14:textId="77777777" w:rsidR="00036B03" w:rsidRPr="00403024" w:rsidRDefault="00036B03" w:rsidP="00247F1C">
            <w:pPr>
              <w:ind w:left="-33" w:firstLine="33"/>
              <w:jc w:val="center"/>
              <w:rPr>
                <w:rFonts w:ascii="Verdana"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shd w:val="clear" w:color="auto" w:fill="F2F2F2" w:themeFill="background1" w:themeFillShade="F2"/>
          </w:tcPr>
          <w:p w14:paraId="60D40029" w14:textId="77777777" w:rsidR="00036B03" w:rsidRPr="00403024" w:rsidRDefault="00036B03" w:rsidP="00247F1C">
            <w:pPr>
              <w:ind w:firstLine="2"/>
              <w:jc w:val="center"/>
              <w:rPr>
                <w:rFonts w:ascii="Verdana" w:hAnsi="Verdana" w:cstheme="minorHAnsi"/>
                <w:color w:val="000000" w:themeColor="text1"/>
                <w:spacing w:val="-2"/>
                <w:sz w:val="20"/>
                <w:szCs w:val="20"/>
                <w:lang w:val="da-DK"/>
              </w:rPr>
            </w:pPr>
          </w:p>
        </w:tc>
        <w:tc>
          <w:tcPr>
            <w:tcW w:w="1424" w:type="dxa"/>
            <w:tcBorders>
              <w:left w:val="single" w:sz="4" w:space="0" w:color="000000" w:themeColor="text1"/>
              <w:right w:val="single" w:sz="4" w:space="0" w:color="000000" w:themeColor="text1"/>
            </w:tcBorders>
            <w:shd w:val="clear" w:color="auto" w:fill="F2F2F2" w:themeFill="background1" w:themeFillShade="F2"/>
          </w:tcPr>
          <w:p w14:paraId="40170FBE" w14:textId="77777777" w:rsidR="00036B03" w:rsidRPr="00403024" w:rsidRDefault="00036B03" w:rsidP="00247F1C">
            <w:pPr>
              <w:ind w:hanging="3"/>
              <w:jc w:val="center"/>
              <w:rPr>
                <w:rFonts w:ascii="Verdana" w:hAnsi="Verdana" w:cstheme="minorHAnsi"/>
                <w:color w:val="000000" w:themeColor="text1"/>
                <w:spacing w:val="-2"/>
                <w:sz w:val="20"/>
                <w:szCs w:val="20"/>
                <w:lang w:val="da-DK"/>
              </w:rPr>
            </w:pPr>
          </w:p>
        </w:tc>
        <w:tc>
          <w:tcPr>
            <w:tcW w:w="1425" w:type="dxa"/>
            <w:tcBorders>
              <w:left w:val="single" w:sz="4" w:space="0" w:color="000000" w:themeColor="text1"/>
            </w:tcBorders>
            <w:shd w:val="clear" w:color="auto" w:fill="F2F2F2" w:themeFill="background1" w:themeFillShade="F2"/>
          </w:tcPr>
          <w:p w14:paraId="4FC3C69C" w14:textId="77777777" w:rsidR="00036B03" w:rsidRPr="00403024" w:rsidRDefault="00036B03" w:rsidP="00247F1C">
            <w:pPr>
              <w:ind w:right="31"/>
              <w:jc w:val="center"/>
              <w:rPr>
                <w:rFonts w:ascii="Verdana" w:hAnsi="Verdana" w:cstheme="minorHAnsi"/>
                <w:color w:val="000000" w:themeColor="text1"/>
                <w:spacing w:val="-2"/>
                <w:sz w:val="20"/>
                <w:szCs w:val="20"/>
                <w:lang w:val="da-DK"/>
              </w:rPr>
            </w:pPr>
          </w:p>
        </w:tc>
      </w:tr>
      <w:tr w:rsidR="00036B03" w:rsidRPr="00403024" w14:paraId="4792A664" w14:textId="77777777" w:rsidTr="00247F1C">
        <w:tc>
          <w:tcPr>
            <w:tcW w:w="3131" w:type="dxa"/>
            <w:tcBorders>
              <w:right w:val="single" w:sz="4" w:space="0" w:color="000000" w:themeColor="text1"/>
            </w:tcBorders>
            <w:shd w:val="clear" w:color="auto" w:fill="F2F2F2" w:themeFill="background1" w:themeFillShade="F2"/>
          </w:tcPr>
          <w:p w14:paraId="3F42334D" w14:textId="77777777" w:rsidR="00036B03" w:rsidRPr="00403024" w:rsidRDefault="00036B03" w:rsidP="00247F1C">
            <w:pPr>
              <w:rPr>
                <w:rFonts w:ascii="Verdana" w:hAnsi="Verdana" w:cstheme="minorHAnsi"/>
                <w:b/>
                <w:color w:val="000000" w:themeColor="text1"/>
                <w:spacing w:val="-2"/>
                <w:sz w:val="20"/>
                <w:szCs w:val="20"/>
                <w:lang w:val="da-DK"/>
              </w:rPr>
            </w:pPr>
            <w:r w:rsidRPr="00403024">
              <w:rPr>
                <w:rFonts w:ascii="Verdana" w:hAnsi="Verdana" w:cstheme="minorHAnsi"/>
                <w:b/>
                <w:color w:val="000000" w:themeColor="text1"/>
                <w:spacing w:val="-2"/>
                <w:sz w:val="20"/>
                <w:szCs w:val="20"/>
                <w:lang w:val="da-DK"/>
              </w:rPr>
              <w:t>Branche erfaring:</w:t>
            </w:r>
          </w:p>
        </w:tc>
        <w:tc>
          <w:tcPr>
            <w:tcW w:w="237" w:type="dxa"/>
            <w:tcBorders>
              <w:top w:val="nil"/>
              <w:left w:val="single" w:sz="4" w:space="0" w:color="000000" w:themeColor="text1"/>
              <w:bottom w:val="nil"/>
              <w:right w:val="single" w:sz="4" w:space="0" w:color="000000" w:themeColor="text1"/>
            </w:tcBorders>
          </w:tcPr>
          <w:p w14:paraId="69B6E2F1" w14:textId="77777777" w:rsidR="00036B03" w:rsidRPr="00403024" w:rsidRDefault="00036B03" w:rsidP="00247F1C">
            <w:pPr>
              <w:rPr>
                <w:rFonts w:ascii="Verdana"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shd w:val="clear" w:color="auto" w:fill="F2F2F2" w:themeFill="background1" w:themeFillShade="F2"/>
          </w:tcPr>
          <w:p w14:paraId="282D2CD1" w14:textId="77777777" w:rsidR="00036B03" w:rsidRPr="00403024" w:rsidRDefault="00036B03" w:rsidP="00247F1C">
            <w:pPr>
              <w:ind w:left="-33"/>
              <w:rPr>
                <w:rFonts w:ascii="Verdana"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shd w:val="clear" w:color="auto" w:fill="F2F2F2" w:themeFill="background1" w:themeFillShade="F2"/>
          </w:tcPr>
          <w:p w14:paraId="681D0BAA" w14:textId="77777777" w:rsidR="00036B03" w:rsidRPr="00403024" w:rsidRDefault="00036B03" w:rsidP="00247F1C">
            <w:pPr>
              <w:ind w:left="32" w:firstLine="2"/>
              <w:rPr>
                <w:rFonts w:ascii="Verdana" w:hAnsi="Verdana" w:cstheme="minorHAnsi"/>
                <w:color w:val="000000" w:themeColor="text1"/>
                <w:spacing w:val="-2"/>
                <w:sz w:val="20"/>
                <w:szCs w:val="20"/>
                <w:lang w:val="da-DK"/>
              </w:rPr>
            </w:pPr>
          </w:p>
        </w:tc>
        <w:tc>
          <w:tcPr>
            <w:tcW w:w="1424" w:type="dxa"/>
            <w:tcBorders>
              <w:left w:val="single" w:sz="4" w:space="0" w:color="000000" w:themeColor="text1"/>
              <w:right w:val="single" w:sz="4" w:space="0" w:color="000000" w:themeColor="text1"/>
            </w:tcBorders>
            <w:shd w:val="clear" w:color="auto" w:fill="F2F2F2" w:themeFill="background1" w:themeFillShade="F2"/>
          </w:tcPr>
          <w:p w14:paraId="3D556C5F" w14:textId="77777777" w:rsidR="00036B03" w:rsidRPr="00403024" w:rsidRDefault="00036B03" w:rsidP="00247F1C">
            <w:pPr>
              <w:ind w:left="32" w:firstLine="5"/>
              <w:rPr>
                <w:rFonts w:ascii="Verdana" w:hAnsi="Verdana" w:cstheme="minorHAnsi"/>
                <w:color w:val="000000" w:themeColor="text1"/>
                <w:spacing w:val="-2"/>
                <w:sz w:val="20"/>
                <w:szCs w:val="20"/>
                <w:lang w:val="da-DK"/>
              </w:rPr>
            </w:pPr>
          </w:p>
        </w:tc>
        <w:tc>
          <w:tcPr>
            <w:tcW w:w="1425" w:type="dxa"/>
            <w:tcBorders>
              <w:left w:val="single" w:sz="4" w:space="0" w:color="000000" w:themeColor="text1"/>
            </w:tcBorders>
            <w:shd w:val="clear" w:color="auto" w:fill="F2F2F2" w:themeFill="background1" w:themeFillShade="F2"/>
          </w:tcPr>
          <w:p w14:paraId="112B5CC5" w14:textId="77777777" w:rsidR="00036B03" w:rsidRPr="00403024" w:rsidRDefault="00036B03" w:rsidP="00247F1C">
            <w:pPr>
              <w:ind w:left="32"/>
              <w:rPr>
                <w:rFonts w:ascii="Verdana" w:hAnsi="Verdana" w:cstheme="minorHAnsi"/>
                <w:color w:val="000000" w:themeColor="text1"/>
                <w:spacing w:val="-2"/>
                <w:sz w:val="20"/>
                <w:szCs w:val="20"/>
                <w:lang w:val="da-DK"/>
              </w:rPr>
            </w:pPr>
          </w:p>
        </w:tc>
      </w:tr>
      <w:tr w:rsidR="00036B03" w:rsidRPr="00403024" w14:paraId="098044ED" w14:textId="77777777" w:rsidTr="00247F1C">
        <w:tc>
          <w:tcPr>
            <w:tcW w:w="3131" w:type="dxa"/>
            <w:tcBorders>
              <w:right w:val="single" w:sz="4" w:space="0" w:color="000000" w:themeColor="text1"/>
            </w:tcBorders>
          </w:tcPr>
          <w:p w14:paraId="60062657" w14:textId="77777777" w:rsidR="00036B03" w:rsidRPr="00403024" w:rsidRDefault="00036B03" w:rsidP="00247F1C">
            <w:pPr>
              <w:tabs>
                <w:tab w:val="center" w:pos="1426"/>
              </w:tabs>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 xml:space="preserve">Produktion </w:t>
            </w:r>
          </w:p>
        </w:tc>
        <w:tc>
          <w:tcPr>
            <w:tcW w:w="237" w:type="dxa"/>
            <w:tcBorders>
              <w:top w:val="nil"/>
              <w:left w:val="single" w:sz="4" w:space="0" w:color="000000" w:themeColor="text1"/>
              <w:bottom w:val="nil"/>
              <w:right w:val="single" w:sz="4" w:space="0" w:color="000000" w:themeColor="text1"/>
            </w:tcBorders>
          </w:tcPr>
          <w:p w14:paraId="66F9B38A"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hAnsi="Verdana" w:cstheme="minorHAnsi"/>
              <w:color w:val="000000" w:themeColor="text1"/>
              <w:spacing w:val="-2"/>
              <w:sz w:val="20"/>
              <w:szCs w:val="20"/>
              <w:lang w:val="da-DK"/>
            </w:rPr>
            <w:id w:val="-126229755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1469B078" w14:textId="77777777" w:rsidR="00036B03" w:rsidRPr="00403024" w:rsidRDefault="00036B03" w:rsidP="00247F1C">
                <w:pPr>
                  <w:ind w:left="-33"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714416548"/>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35A39E52"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550570688"/>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60FD8881"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173844776"/>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796A9919" w14:textId="77777777" w:rsidR="00036B03" w:rsidRPr="00403024" w:rsidRDefault="00036B03" w:rsidP="00247F1C">
                <w:pPr>
                  <w:ind w:lef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6B95A577" w14:textId="77777777" w:rsidTr="00247F1C">
        <w:tc>
          <w:tcPr>
            <w:tcW w:w="3131" w:type="dxa"/>
            <w:tcBorders>
              <w:right w:val="single" w:sz="4" w:space="0" w:color="000000" w:themeColor="text1"/>
            </w:tcBorders>
          </w:tcPr>
          <w:p w14:paraId="18E100DB"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Konsulent</w:t>
            </w:r>
          </w:p>
        </w:tc>
        <w:tc>
          <w:tcPr>
            <w:tcW w:w="237" w:type="dxa"/>
            <w:tcBorders>
              <w:top w:val="nil"/>
              <w:left w:val="single" w:sz="4" w:space="0" w:color="000000" w:themeColor="text1"/>
              <w:bottom w:val="nil"/>
              <w:right w:val="single" w:sz="4" w:space="0" w:color="000000" w:themeColor="text1"/>
            </w:tcBorders>
          </w:tcPr>
          <w:p w14:paraId="0AEA9359"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hAnsi="Verdana" w:cstheme="minorHAnsi"/>
              <w:color w:val="000000" w:themeColor="text1"/>
              <w:spacing w:val="-2"/>
              <w:sz w:val="20"/>
              <w:szCs w:val="20"/>
              <w:lang w:val="da-DK"/>
            </w:rPr>
            <w:id w:val="745070129"/>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6423833D" w14:textId="77777777" w:rsidR="00036B03" w:rsidRPr="00403024" w:rsidRDefault="00036B03" w:rsidP="00247F1C">
                <w:pPr>
                  <w:ind w:left="-33"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961290314"/>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416EA70F" w14:textId="77777777" w:rsidR="00036B03" w:rsidRPr="00403024" w:rsidRDefault="00036B03" w:rsidP="00247F1C">
                <w:pPr>
                  <w:ind w:firstLine="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988827957"/>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4D0BB381"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51095516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54F23986" w14:textId="77777777" w:rsidR="00036B03" w:rsidRPr="00403024" w:rsidRDefault="00036B03" w:rsidP="00247F1C">
                <w:pPr>
                  <w:ind w:lef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09C44953" w14:textId="77777777" w:rsidTr="00247F1C">
        <w:tc>
          <w:tcPr>
            <w:tcW w:w="3131" w:type="dxa"/>
            <w:tcBorders>
              <w:right w:val="single" w:sz="4" w:space="0" w:color="000000" w:themeColor="text1"/>
            </w:tcBorders>
          </w:tcPr>
          <w:p w14:paraId="66F9B3A0"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Handel</w:t>
            </w:r>
          </w:p>
        </w:tc>
        <w:tc>
          <w:tcPr>
            <w:tcW w:w="237" w:type="dxa"/>
            <w:tcBorders>
              <w:top w:val="nil"/>
              <w:left w:val="single" w:sz="4" w:space="0" w:color="000000" w:themeColor="text1"/>
              <w:bottom w:val="nil"/>
              <w:right w:val="single" w:sz="4" w:space="0" w:color="000000" w:themeColor="text1"/>
            </w:tcBorders>
          </w:tcPr>
          <w:p w14:paraId="146CE276"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hAnsi="Verdana" w:cstheme="minorHAnsi"/>
              <w:color w:val="000000" w:themeColor="text1"/>
              <w:spacing w:val="-2"/>
              <w:sz w:val="20"/>
              <w:szCs w:val="20"/>
              <w:lang w:val="da-DK"/>
            </w:rPr>
            <w:id w:val="-923642944"/>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30387A79" w14:textId="77777777" w:rsidR="00036B03" w:rsidRPr="00403024" w:rsidRDefault="00036B03" w:rsidP="00247F1C">
                <w:pPr>
                  <w:ind w:left="-33"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404871292"/>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01BF30E1" w14:textId="77777777" w:rsidR="00036B03" w:rsidRPr="00403024" w:rsidRDefault="00036B03" w:rsidP="00247F1C">
                <w:pPr>
                  <w:ind w:firstLine="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725215837"/>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1EC2CEB4"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46731492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32809441" w14:textId="77777777" w:rsidR="00036B03" w:rsidRPr="00403024" w:rsidRDefault="00036B03" w:rsidP="00247F1C">
                <w:pPr>
                  <w:ind w:lef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18730288" w14:textId="77777777" w:rsidTr="00247F1C">
        <w:tc>
          <w:tcPr>
            <w:tcW w:w="3131" w:type="dxa"/>
            <w:tcBorders>
              <w:right w:val="single" w:sz="4" w:space="0" w:color="000000" w:themeColor="text1"/>
            </w:tcBorders>
          </w:tcPr>
          <w:p w14:paraId="4A3DA21C"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Service</w:t>
            </w:r>
          </w:p>
        </w:tc>
        <w:tc>
          <w:tcPr>
            <w:tcW w:w="237" w:type="dxa"/>
            <w:tcBorders>
              <w:top w:val="nil"/>
              <w:left w:val="single" w:sz="4" w:space="0" w:color="000000" w:themeColor="text1"/>
              <w:bottom w:val="nil"/>
              <w:right w:val="single" w:sz="4" w:space="0" w:color="000000" w:themeColor="text1"/>
            </w:tcBorders>
          </w:tcPr>
          <w:p w14:paraId="3980E56A"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hAnsi="Verdana" w:cstheme="minorHAnsi"/>
              <w:color w:val="000000" w:themeColor="text1"/>
              <w:spacing w:val="-2"/>
              <w:sz w:val="20"/>
              <w:szCs w:val="20"/>
              <w:lang w:val="da-DK"/>
            </w:rPr>
            <w:id w:val="-1992786431"/>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20EDD3CC" w14:textId="77777777" w:rsidR="00036B03" w:rsidRPr="00403024" w:rsidRDefault="00036B03" w:rsidP="00247F1C">
                <w:pPr>
                  <w:ind w:left="-33"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520977037"/>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5EE30D1A" w14:textId="77777777" w:rsidR="00036B03" w:rsidRPr="00403024" w:rsidRDefault="00036B03" w:rsidP="00247F1C">
                <w:pPr>
                  <w:ind w:firstLine="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769043701"/>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477A9009"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719357621"/>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43F49132" w14:textId="77777777" w:rsidR="00036B03" w:rsidRPr="00403024" w:rsidRDefault="00036B03" w:rsidP="00247F1C">
                <w:pPr>
                  <w:ind w:lef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47F8551E" w14:textId="77777777" w:rsidTr="00247F1C">
        <w:tc>
          <w:tcPr>
            <w:tcW w:w="3131" w:type="dxa"/>
            <w:tcBorders>
              <w:right w:val="single" w:sz="4" w:space="0" w:color="000000" w:themeColor="text1"/>
            </w:tcBorders>
          </w:tcPr>
          <w:p w14:paraId="0F34ED4E"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Byggeri</w:t>
            </w:r>
          </w:p>
        </w:tc>
        <w:tc>
          <w:tcPr>
            <w:tcW w:w="237" w:type="dxa"/>
            <w:tcBorders>
              <w:top w:val="nil"/>
              <w:left w:val="single" w:sz="4" w:space="0" w:color="000000" w:themeColor="text1"/>
              <w:bottom w:val="nil"/>
              <w:right w:val="single" w:sz="4" w:space="0" w:color="000000" w:themeColor="text1"/>
            </w:tcBorders>
          </w:tcPr>
          <w:p w14:paraId="7C809144"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hAnsi="Verdana" w:cstheme="minorHAnsi"/>
              <w:color w:val="000000" w:themeColor="text1"/>
              <w:spacing w:val="-2"/>
              <w:sz w:val="20"/>
              <w:szCs w:val="20"/>
              <w:lang w:val="da-DK"/>
            </w:rPr>
            <w:id w:val="714855409"/>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6B51C5ED" w14:textId="77777777" w:rsidR="00036B03" w:rsidRPr="00403024" w:rsidRDefault="00036B03" w:rsidP="00247F1C">
                <w:pPr>
                  <w:ind w:left="-33"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054823841"/>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3B23086A" w14:textId="77777777" w:rsidR="00036B03" w:rsidRPr="00403024" w:rsidRDefault="00036B03" w:rsidP="00247F1C">
                <w:pPr>
                  <w:ind w:firstLine="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319298954"/>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4A0692F7"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84819768"/>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7940DA01" w14:textId="77777777" w:rsidR="00036B03" w:rsidRPr="00403024" w:rsidRDefault="00036B03" w:rsidP="00247F1C">
                <w:pPr>
                  <w:ind w:lef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6467DDFD" w14:textId="77777777" w:rsidTr="00247F1C">
        <w:tc>
          <w:tcPr>
            <w:tcW w:w="3131" w:type="dxa"/>
            <w:tcBorders>
              <w:right w:val="single" w:sz="4" w:space="0" w:color="000000" w:themeColor="text1"/>
            </w:tcBorders>
          </w:tcPr>
          <w:p w14:paraId="1CE64A60"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IT - Tele</w:t>
            </w:r>
          </w:p>
        </w:tc>
        <w:tc>
          <w:tcPr>
            <w:tcW w:w="237" w:type="dxa"/>
            <w:tcBorders>
              <w:top w:val="nil"/>
              <w:left w:val="single" w:sz="4" w:space="0" w:color="000000" w:themeColor="text1"/>
              <w:bottom w:val="nil"/>
              <w:right w:val="single" w:sz="4" w:space="0" w:color="000000" w:themeColor="text1"/>
            </w:tcBorders>
          </w:tcPr>
          <w:p w14:paraId="49BFFC9F"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hAnsi="Verdana" w:cstheme="minorHAnsi"/>
              <w:color w:val="000000" w:themeColor="text1"/>
              <w:spacing w:val="-2"/>
              <w:sz w:val="20"/>
              <w:szCs w:val="20"/>
              <w:lang w:val="da-DK"/>
            </w:rPr>
            <w:id w:val="2138916385"/>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654B3EFE" w14:textId="77777777" w:rsidR="00036B03" w:rsidRPr="00403024" w:rsidRDefault="00036B03" w:rsidP="00247F1C">
                <w:pPr>
                  <w:ind w:left="-33" w:righ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130946358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12BC914F" w14:textId="77777777" w:rsidR="00036B03" w:rsidRPr="00403024" w:rsidRDefault="00036B03" w:rsidP="00247F1C">
                <w:pPr>
                  <w:ind w:firstLine="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716166676"/>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671F40EA" w14:textId="77777777" w:rsidR="00036B03" w:rsidRPr="00403024" w:rsidRDefault="00036B03" w:rsidP="00247F1C">
                <w:pPr>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hAnsi="Verdana" w:cstheme="minorHAnsi"/>
              <w:color w:val="000000" w:themeColor="text1"/>
              <w:spacing w:val="-2"/>
              <w:sz w:val="20"/>
              <w:szCs w:val="20"/>
              <w:lang w:val="da-DK"/>
            </w:rPr>
            <w:id w:val="797949794"/>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350A3A35" w14:textId="77777777" w:rsidR="00036B03" w:rsidRPr="00403024" w:rsidRDefault="00036B03" w:rsidP="00247F1C">
                <w:pPr>
                  <w:ind w:left="32"/>
                  <w:jc w:val="center"/>
                  <w:rPr>
                    <w:rFonts w:ascii="Verdana"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049F64EB" w14:textId="77777777" w:rsidTr="00247F1C">
        <w:tc>
          <w:tcPr>
            <w:tcW w:w="3131" w:type="dxa"/>
            <w:tcBorders>
              <w:right w:val="single" w:sz="4" w:space="0" w:color="000000" w:themeColor="text1"/>
            </w:tcBorders>
          </w:tcPr>
          <w:p w14:paraId="7FBC31D6" w14:textId="77777777" w:rsidR="00036B03" w:rsidRPr="00403024" w:rsidRDefault="00036B03" w:rsidP="00247F1C">
            <w:pPr>
              <w:rPr>
                <w:rFonts w:ascii="Verdana" w:hAnsi="Verdana" w:cstheme="minorHAnsi"/>
                <w:color w:val="000000" w:themeColor="text1"/>
                <w:spacing w:val="-2"/>
                <w:sz w:val="20"/>
                <w:szCs w:val="20"/>
                <w:lang w:val="da-DK"/>
              </w:rPr>
            </w:pPr>
            <w:proofErr w:type="spellStart"/>
            <w:r w:rsidRPr="00403024">
              <w:rPr>
                <w:rFonts w:ascii="Verdana" w:hAnsi="Verdana" w:cstheme="minorHAnsi"/>
                <w:color w:val="000000" w:themeColor="text1"/>
                <w:spacing w:val="-2"/>
                <w:sz w:val="20"/>
                <w:szCs w:val="20"/>
                <w:lang w:val="da-DK"/>
              </w:rPr>
              <w:t>Cleantech</w:t>
            </w:r>
            <w:proofErr w:type="spellEnd"/>
          </w:p>
        </w:tc>
        <w:tc>
          <w:tcPr>
            <w:tcW w:w="237" w:type="dxa"/>
            <w:tcBorders>
              <w:top w:val="nil"/>
              <w:left w:val="single" w:sz="4" w:space="0" w:color="000000" w:themeColor="text1"/>
              <w:bottom w:val="nil"/>
              <w:right w:val="single" w:sz="4" w:space="0" w:color="000000" w:themeColor="text1"/>
            </w:tcBorders>
          </w:tcPr>
          <w:p w14:paraId="71D0D367"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346759419"/>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734B0F93" w14:textId="77777777" w:rsidR="00036B03" w:rsidRPr="00403024" w:rsidRDefault="00036B03" w:rsidP="00247F1C">
                <w:pPr>
                  <w:ind w:left="-33" w:righ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754886387"/>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21A16FAB"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122733664"/>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4945B0F0" w14:textId="77777777" w:rsidR="00036B03" w:rsidRPr="00403024" w:rsidRDefault="00036B03" w:rsidP="00247F1C">
                <w:pPr>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569612098"/>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11A1BB69"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0432FCB0" w14:textId="77777777" w:rsidTr="00247F1C">
        <w:tc>
          <w:tcPr>
            <w:tcW w:w="3131" w:type="dxa"/>
            <w:tcBorders>
              <w:right w:val="single" w:sz="4" w:space="0" w:color="000000" w:themeColor="text1"/>
            </w:tcBorders>
          </w:tcPr>
          <w:p w14:paraId="71EF4091" w14:textId="77777777" w:rsidR="00036B03" w:rsidRPr="00403024" w:rsidRDefault="00036B03" w:rsidP="00247F1C">
            <w:pPr>
              <w:rPr>
                <w:rFonts w:ascii="Verdana" w:hAnsi="Verdana" w:cstheme="minorHAnsi"/>
                <w:color w:val="000000" w:themeColor="text1"/>
                <w:spacing w:val="-2"/>
                <w:sz w:val="20"/>
                <w:szCs w:val="20"/>
                <w:lang w:val="da-DK"/>
              </w:rPr>
            </w:pPr>
            <w:proofErr w:type="spellStart"/>
            <w:r w:rsidRPr="00403024">
              <w:rPr>
                <w:rFonts w:ascii="Verdana" w:hAnsi="Verdana" w:cstheme="minorHAnsi"/>
                <w:color w:val="000000" w:themeColor="text1"/>
                <w:spacing w:val="-2"/>
                <w:sz w:val="20"/>
                <w:szCs w:val="20"/>
                <w:lang w:val="da-DK"/>
              </w:rPr>
              <w:t>Fintech</w:t>
            </w:r>
            <w:proofErr w:type="spellEnd"/>
            <w:r w:rsidRPr="00403024">
              <w:rPr>
                <w:rFonts w:ascii="Verdana" w:hAnsi="Verdana" w:cstheme="minorHAnsi"/>
                <w:color w:val="000000" w:themeColor="text1"/>
                <w:spacing w:val="-2"/>
                <w:sz w:val="20"/>
                <w:szCs w:val="20"/>
                <w:lang w:val="da-DK"/>
              </w:rPr>
              <w:t xml:space="preserve"> / Finans</w:t>
            </w:r>
          </w:p>
        </w:tc>
        <w:tc>
          <w:tcPr>
            <w:tcW w:w="237" w:type="dxa"/>
            <w:tcBorders>
              <w:top w:val="nil"/>
              <w:left w:val="single" w:sz="4" w:space="0" w:color="000000" w:themeColor="text1"/>
              <w:bottom w:val="nil"/>
              <w:right w:val="single" w:sz="4" w:space="0" w:color="000000" w:themeColor="text1"/>
            </w:tcBorders>
          </w:tcPr>
          <w:p w14:paraId="028CF989"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2021841448"/>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754D9DCF" w14:textId="77777777" w:rsidR="00036B03" w:rsidRPr="00403024" w:rsidRDefault="00036B03" w:rsidP="00247F1C">
                <w:pPr>
                  <w:ind w:left="-33" w:righ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483592037"/>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3DAC1260"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423804181"/>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0D49C751" w14:textId="77777777" w:rsidR="00036B03" w:rsidRPr="00403024" w:rsidRDefault="00036B03" w:rsidP="00247F1C">
                <w:pPr>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953899869"/>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62702B1E"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6A1C67D5" w14:textId="77777777" w:rsidTr="00247F1C">
        <w:tc>
          <w:tcPr>
            <w:tcW w:w="3131" w:type="dxa"/>
            <w:tcBorders>
              <w:right w:val="single" w:sz="4" w:space="0" w:color="000000" w:themeColor="text1"/>
            </w:tcBorders>
          </w:tcPr>
          <w:p w14:paraId="331496CC" w14:textId="77777777" w:rsidR="00036B03" w:rsidRPr="00403024" w:rsidRDefault="00036B03" w:rsidP="00247F1C">
            <w:pPr>
              <w:rPr>
                <w:rFonts w:ascii="Verdana" w:hAnsi="Verdana" w:cstheme="minorHAnsi"/>
                <w:color w:val="000000" w:themeColor="text1"/>
                <w:spacing w:val="-2"/>
                <w:sz w:val="20"/>
                <w:szCs w:val="20"/>
              </w:rPr>
            </w:pPr>
            <w:r w:rsidRPr="00403024">
              <w:rPr>
                <w:rFonts w:ascii="Verdana" w:hAnsi="Verdana" w:cstheme="minorHAnsi"/>
                <w:color w:val="000000" w:themeColor="text1"/>
                <w:spacing w:val="-2"/>
                <w:sz w:val="20"/>
                <w:szCs w:val="20"/>
              </w:rPr>
              <w:t>Medtech / Health care / Life Science</w:t>
            </w:r>
          </w:p>
        </w:tc>
        <w:tc>
          <w:tcPr>
            <w:tcW w:w="237" w:type="dxa"/>
            <w:tcBorders>
              <w:top w:val="nil"/>
              <w:left w:val="single" w:sz="4" w:space="0" w:color="000000" w:themeColor="text1"/>
              <w:bottom w:val="nil"/>
              <w:right w:val="single" w:sz="4" w:space="0" w:color="000000" w:themeColor="text1"/>
            </w:tcBorders>
          </w:tcPr>
          <w:p w14:paraId="37E9E60E" w14:textId="77777777" w:rsidR="00036B03" w:rsidRPr="00403024" w:rsidRDefault="00036B03" w:rsidP="00247F1C">
            <w:pPr>
              <w:rPr>
                <w:rFonts w:ascii="Verdana" w:hAnsi="Verdana" w:cstheme="minorHAnsi"/>
                <w:color w:val="000000" w:themeColor="text1"/>
                <w:spacing w:val="-2"/>
                <w:sz w:val="20"/>
                <w:szCs w:val="20"/>
              </w:rPr>
            </w:pPr>
          </w:p>
        </w:tc>
        <w:sdt>
          <w:sdtPr>
            <w:rPr>
              <w:rFonts w:ascii="Verdana" w:eastAsia="MS Gothic" w:hAnsi="Verdana" w:cstheme="minorHAnsi"/>
              <w:color w:val="000000" w:themeColor="text1"/>
              <w:spacing w:val="-2"/>
              <w:sz w:val="20"/>
              <w:szCs w:val="20"/>
              <w:lang w:val="da-DK"/>
            </w:rPr>
            <w:id w:val="-111112271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232B67AD" w14:textId="77777777" w:rsidR="00036B03" w:rsidRPr="00403024" w:rsidRDefault="00036B03" w:rsidP="00247F1C">
                <w:pPr>
                  <w:ind w:left="-33" w:righ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94201293"/>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5335215A"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2102532593"/>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384D5ACE" w14:textId="77777777" w:rsidR="00036B03" w:rsidRPr="00403024" w:rsidRDefault="00036B03" w:rsidP="00247F1C">
                <w:pPr>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207762768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0AA153E6"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6A64F0AF" w14:textId="77777777" w:rsidTr="00247F1C">
        <w:tc>
          <w:tcPr>
            <w:tcW w:w="3131" w:type="dxa"/>
            <w:tcBorders>
              <w:right w:val="single" w:sz="4" w:space="0" w:color="000000" w:themeColor="text1"/>
            </w:tcBorders>
          </w:tcPr>
          <w:p w14:paraId="5EC848F1"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Defencetech</w:t>
            </w:r>
          </w:p>
        </w:tc>
        <w:tc>
          <w:tcPr>
            <w:tcW w:w="237" w:type="dxa"/>
            <w:tcBorders>
              <w:top w:val="nil"/>
              <w:left w:val="single" w:sz="4" w:space="0" w:color="000000" w:themeColor="text1"/>
              <w:bottom w:val="nil"/>
              <w:right w:val="single" w:sz="4" w:space="0" w:color="000000" w:themeColor="text1"/>
            </w:tcBorders>
          </w:tcPr>
          <w:p w14:paraId="44A33B57"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70312911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452840C3" w14:textId="77777777" w:rsidR="00036B03" w:rsidRPr="00403024" w:rsidRDefault="00036B03" w:rsidP="00247F1C">
                <w:pPr>
                  <w:ind w:left="-33" w:righ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85045030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34494F9C"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696968899"/>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7B7FD42F" w14:textId="77777777" w:rsidR="00036B03" w:rsidRPr="00403024" w:rsidRDefault="00036B03" w:rsidP="00247F1C">
                <w:pPr>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77066457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71FBF7F9"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155FBCFB" w14:textId="77777777" w:rsidTr="00247F1C">
        <w:tc>
          <w:tcPr>
            <w:tcW w:w="3131" w:type="dxa"/>
            <w:tcBorders>
              <w:right w:val="single" w:sz="4" w:space="0" w:color="000000" w:themeColor="text1"/>
            </w:tcBorders>
          </w:tcPr>
          <w:p w14:paraId="3D7252B3" w14:textId="77777777" w:rsidR="00036B03" w:rsidRPr="00403024" w:rsidRDefault="00036B03" w:rsidP="00247F1C">
            <w:pPr>
              <w:ind w:firstLine="30"/>
              <w:rPr>
                <w:rFonts w:ascii="Verdana" w:hAnsi="Verdana" w:cstheme="minorHAnsi"/>
                <w:color w:val="000000" w:themeColor="text1"/>
                <w:spacing w:val="-2"/>
                <w:sz w:val="20"/>
                <w:szCs w:val="20"/>
                <w:lang w:val="da-DK"/>
              </w:rPr>
            </w:pPr>
          </w:p>
        </w:tc>
        <w:tc>
          <w:tcPr>
            <w:tcW w:w="237" w:type="dxa"/>
            <w:tcBorders>
              <w:top w:val="nil"/>
              <w:left w:val="single" w:sz="4" w:space="0" w:color="000000" w:themeColor="text1"/>
              <w:bottom w:val="nil"/>
              <w:right w:val="single" w:sz="4" w:space="0" w:color="000000" w:themeColor="text1"/>
            </w:tcBorders>
          </w:tcPr>
          <w:p w14:paraId="65DB70CC" w14:textId="77777777" w:rsidR="00036B03" w:rsidRPr="00403024" w:rsidRDefault="00036B03" w:rsidP="00247F1C">
            <w:pPr>
              <w:rPr>
                <w:rFonts w:ascii="Verdana"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tcPr>
          <w:p w14:paraId="2E831ECC" w14:textId="77777777" w:rsidR="00036B03" w:rsidRPr="00403024" w:rsidRDefault="00036B03" w:rsidP="00247F1C">
            <w:pPr>
              <w:ind w:left="-33" w:right="32"/>
              <w:jc w:val="center"/>
              <w:rPr>
                <w:rFonts w:ascii="Verdana" w:eastAsia="MS Gothic"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tcPr>
          <w:p w14:paraId="77414608"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p>
        </w:tc>
        <w:tc>
          <w:tcPr>
            <w:tcW w:w="1424" w:type="dxa"/>
            <w:tcBorders>
              <w:left w:val="single" w:sz="4" w:space="0" w:color="000000" w:themeColor="text1"/>
              <w:right w:val="single" w:sz="4" w:space="0" w:color="000000" w:themeColor="text1"/>
            </w:tcBorders>
          </w:tcPr>
          <w:p w14:paraId="1E289D84" w14:textId="77777777" w:rsidR="00036B03" w:rsidRPr="00403024" w:rsidRDefault="00036B03" w:rsidP="00247F1C">
            <w:pPr>
              <w:jc w:val="center"/>
              <w:rPr>
                <w:rFonts w:ascii="Verdana" w:eastAsia="MS Gothic" w:hAnsi="Verdana" w:cstheme="minorHAnsi"/>
                <w:color w:val="000000" w:themeColor="text1"/>
                <w:spacing w:val="-2"/>
                <w:sz w:val="20"/>
                <w:szCs w:val="20"/>
                <w:lang w:val="da-DK"/>
              </w:rPr>
            </w:pPr>
          </w:p>
        </w:tc>
        <w:tc>
          <w:tcPr>
            <w:tcW w:w="1425" w:type="dxa"/>
            <w:tcBorders>
              <w:left w:val="single" w:sz="4" w:space="0" w:color="000000" w:themeColor="text1"/>
            </w:tcBorders>
          </w:tcPr>
          <w:p w14:paraId="172F8721"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p>
        </w:tc>
      </w:tr>
      <w:tr w:rsidR="00036B03" w:rsidRPr="00403024" w14:paraId="63F82E53" w14:textId="77777777" w:rsidTr="00247F1C">
        <w:tc>
          <w:tcPr>
            <w:tcW w:w="3131" w:type="dxa"/>
            <w:tcBorders>
              <w:right w:val="single" w:sz="4" w:space="0" w:color="000000" w:themeColor="text1"/>
            </w:tcBorders>
            <w:shd w:val="clear" w:color="auto" w:fill="F2F2F2" w:themeFill="background1" w:themeFillShade="F2"/>
          </w:tcPr>
          <w:p w14:paraId="14E1A14F" w14:textId="77777777" w:rsidR="00036B03" w:rsidRPr="00403024" w:rsidRDefault="00036B03" w:rsidP="00247F1C">
            <w:pPr>
              <w:ind w:left="30" w:hanging="30"/>
              <w:rPr>
                <w:rFonts w:ascii="Verdana" w:hAnsi="Verdana" w:cstheme="minorHAnsi"/>
                <w:b/>
                <w:color w:val="000000" w:themeColor="text1"/>
                <w:spacing w:val="-2"/>
                <w:sz w:val="20"/>
                <w:szCs w:val="20"/>
                <w:lang w:val="da-DK"/>
              </w:rPr>
            </w:pPr>
            <w:r w:rsidRPr="00403024">
              <w:rPr>
                <w:rFonts w:ascii="Verdana" w:hAnsi="Verdana" w:cstheme="minorHAnsi"/>
                <w:b/>
                <w:color w:val="000000" w:themeColor="text1"/>
                <w:spacing w:val="-2"/>
                <w:sz w:val="20"/>
                <w:szCs w:val="20"/>
                <w:lang w:val="da-DK"/>
              </w:rPr>
              <w:t>Kanal erfaring:</w:t>
            </w:r>
          </w:p>
        </w:tc>
        <w:tc>
          <w:tcPr>
            <w:tcW w:w="237" w:type="dxa"/>
            <w:tcBorders>
              <w:top w:val="nil"/>
              <w:left w:val="single" w:sz="4" w:space="0" w:color="000000" w:themeColor="text1"/>
              <w:bottom w:val="nil"/>
              <w:right w:val="single" w:sz="4" w:space="0" w:color="000000" w:themeColor="text1"/>
            </w:tcBorders>
          </w:tcPr>
          <w:p w14:paraId="2EF6090D" w14:textId="77777777" w:rsidR="00036B03" w:rsidRPr="00403024" w:rsidRDefault="00036B03" w:rsidP="00247F1C">
            <w:pPr>
              <w:rPr>
                <w:rFonts w:ascii="Verdana"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shd w:val="clear" w:color="auto" w:fill="F2F2F2" w:themeFill="background1" w:themeFillShade="F2"/>
          </w:tcPr>
          <w:p w14:paraId="2FC5F7CA" w14:textId="77777777" w:rsidR="00036B03" w:rsidRPr="00403024" w:rsidRDefault="00036B03" w:rsidP="00247F1C">
            <w:pPr>
              <w:ind w:left="-33" w:right="32"/>
              <w:jc w:val="center"/>
              <w:rPr>
                <w:rFonts w:ascii="Verdana" w:eastAsia="MS Gothic"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shd w:val="clear" w:color="auto" w:fill="F2F2F2" w:themeFill="background1" w:themeFillShade="F2"/>
          </w:tcPr>
          <w:p w14:paraId="58BFBF79"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p>
        </w:tc>
        <w:tc>
          <w:tcPr>
            <w:tcW w:w="1424" w:type="dxa"/>
            <w:tcBorders>
              <w:left w:val="single" w:sz="4" w:space="0" w:color="000000" w:themeColor="text1"/>
              <w:right w:val="single" w:sz="4" w:space="0" w:color="000000" w:themeColor="text1"/>
            </w:tcBorders>
            <w:shd w:val="clear" w:color="auto" w:fill="F2F2F2" w:themeFill="background1" w:themeFillShade="F2"/>
          </w:tcPr>
          <w:p w14:paraId="4F215C8C" w14:textId="77777777" w:rsidR="00036B03" w:rsidRPr="00403024" w:rsidRDefault="00036B03" w:rsidP="00247F1C">
            <w:pPr>
              <w:jc w:val="center"/>
              <w:rPr>
                <w:rFonts w:ascii="Verdana" w:eastAsia="MS Gothic" w:hAnsi="Verdana" w:cstheme="minorHAnsi"/>
                <w:color w:val="000000" w:themeColor="text1"/>
                <w:spacing w:val="-2"/>
                <w:sz w:val="20"/>
                <w:szCs w:val="20"/>
                <w:lang w:val="da-DK"/>
              </w:rPr>
            </w:pPr>
          </w:p>
        </w:tc>
        <w:tc>
          <w:tcPr>
            <w:tcW w:w="1425" w:type="dxa"/>
            <w:tcBorders>
              <w:left w:val="single" w:sz="4" w:space="0" w:color="000000" w:themeColor="text1"/>
            </w:tcBorders>
            <w:shd w:val="clear" w:color="auto" w:fill="F2F2F2" w:themeFill="background1" w:themeFillShade="F2"/>
          </w:tcPr>
          <w:p w14:paraId="4DE84DA9"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p>
        </w:tc>
      </w:tr>
      <w:tr w:rsidR="00036B03" w:rsidRPr="00403024" w14:paraId="05B4C807" w14:textId="77777777" w:rsidTr="00247F1C">
        <w:tc>
          <w:tcPr>
            <w:tcW w:w="3131" w:type="dxa"/>
            <w:tcBorders>
              <w:right w:val="single" w:sz="4" w:space="0" w:color="000000" w:themeColor="text1"/>
            </w:tcBorders>
          </w:tcPr>
          <w:p w14:paraId="43160F80"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B2B</w:t>
            </w:r>
          </w:p>
        </w:tc>
        <w:tc>
          <w:tcPr>
            <w:tcW w:w="237" w:type="dxa"/>
            <w:tcBorders>
              <w:top w:val="nil"/>
              <w:left w:val="single" w:sz="4" w:space="0" w:color="000000" w:themeColor="text1"/>
              <w:bottom w:val="nil"/>
              <w:right w:val="single" w:sz="4" w:space="0" w:color="000000" w:themeColor="text1"/>
            </w:tcBorders>
          </w:tcPr>
          <w:p w14:paraId="405D8A2D"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349144706"/>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5F8AB0AB" w14:textId="77777777" w:rsidR="00036B03" w:rsidRPr="00403024" w:rsidRDefault="00036B03" w:rsidP="00247F1C">
                <w:pPr>
                  <w:ind w:left="-33" w:right="32" w:firstLine="33"/>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681278521"/>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66A88588"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907140960"/>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6A17A472" w14:textId="77777777" w:rsidR="00036B03" w:rsidRPr="00403024" w:rsidRDefault="00036B03" w:rsidP="00247F1C">
                <w:pPr>
                  <w:ind w:hanging="237"/>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669261049"/>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280C94CA"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722B34FE" w14:textId="77777777" w:rsidTr="00247F1C">
        <w:tc>
          <w:tcPr>
            <w:tcW w:w="3131" w:type="dxa"/>
            <w:tcBorders>
              <w:right w:val="single" w:sz="4" w:space="0" w:color="000000" w:themeColor="text1"/>
            </w:tcBorders>
          </w:tcPr>
          <w:p w14:paraId="036A6254"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B2C</w:t>
            </w:r>
          </w:p>
        </w:tc>
        <w:tc>
          <w:tcPr>
            <w:tcW w:w="237" w:type="dxa"/>
            <w:tcBorders>
              <w:top w:val="nil"/>
              <w:left w:val="single" w:sz="4" w:space="0" w:color="000000" w:themeColor="text1"/>
              <w:bottom w:val="nil"/>
              <w:right w:val="single" w:sz="4" w:space="0" w:color="000000" w:themeColor="text1"/>
            </w:tcBorders>
          </w:tcPr>
          <w:p w14:paraId="234AE352"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962795640"/>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0AFF7A1D" w14:textId="77777777" w:rsidR="00036B03" w:rsidRPr="00403024" w:rsidRDefault="00036B03" w:rsidP="00247F1C">
                <w:pPr>
                  <w:ind w:left="-33" w:right="32" w:firstLine="33"/>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730278862"/>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05FC5C4B"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665716117"/>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3D6D4DBD" w14:textId="77777777" w:rsidR="00036B03" w:rsidRPr="00403024" w:rsidRDefault="00036B03" w:rsidP="00247F1C">
                <w:pPr>
                  <w:ind w:hanging="237"/>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373415415"/>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254C10BF"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32BE3F06" w14:textId="77777777" w:rsidTr="00247F1C">
        <w:tc>
          <w:tcPr>
            <w:tcW w:w="3131" w:type="dxa"/>
            <w:tcBorders>
              <w:right w:val="single" w:sz="4" w:space="0" w:color="000000" w:themeColor="text1"/>
            </w:tcBorders>
          </w:tcPr>
          <w:p w14:paraId="7E9CEAA8"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B2G</w:t>
            </w:r>
          </w:p>
        </w:tc>
        <w:tc>
          <w:tcPr>
            <w:tcW w:w="237" w:type="dxa"/>
            <w:tcBorders>
              <w:top w:val="nil"/>
              <w:left w:val="single" w:sz="4" w:space="0" w:color="000000" w:themeColor="text1"/>
              <w:bottom w:val="nil"/>
              <w:right w:val="single" w:sz="4" w:space="0" w:color="000000" w:themeColor="text1"/>
            </w:tcBorders>
          </w:tcPr>
          <w:p w14:paraId="64E32EEF"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827466912"/>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7A8C630F" w14:textId="77777777" w:rsidR="00036B03" w:rsidRPr="00403024" w:rsidRDefault="00036B03" w:rsidP="00247F1C">
                <w:pPr>
                  <w:ind w:left="-33" w:right="32" w:firstLine="33"/>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720816548"/>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76C1274A"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184890778"/>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6B0D3100" w14:textId="77777777" w:rsidR="00036B03" w:rsidRPr="00403024" w:rsidRDefault="00036B03" w:rsidP="00247F1C">
                <w:pPr>
                  <w:ind w:hanging="237"/>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607808183"/>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741DB539"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0F08BFC6" w14:textId="77777777" w:rsidTr="00247F1C">
        <w:tc>
          <w:tcPr>
            <w:tcW w:w="3131" w:type="dxa"/>
            <w:tcBorders>
              <w:right w:val="single" w:sz="4" w:space="0" w:color="000000" w:themeColor="text1"/>
            </w:tcBorders>
          </w:tcPr>
          <w:p w14:paraId="478491A3" w14:textId="77777777" w:rsidR="00036B03" w:rsidRPr="00403024" w:rsidRDefault="00036B03" w:rsidP="00247F1C">
            <w:pPr>
              <w:rPr>
                <w:rFonts w:ascii="Verdana" w:hAnsi="Verdana" w:cstheme="minorHAnsi"/>
                <w:color w:val="000000" w:themeColor="text1"/>
                <w:spacing w:val="-2"/>
                <w:sz w:val="20"/>
                <w:szCs w:val="20"/>
                <w:lang w:val="da-DK"/>
              </w:rPr>
            </w:pPr>
            <w:r w:rsidRPr="00403024">
              <w:rPr>
                <w:rFonts w:ascii="Verdana" w:hAnsi="Verdana" w:cstheme="minorHAnsi"/>
                <w:color w:val="000000" w:themeColor="text1"/>
                <w:spacing w:val="-2"/>
                <w:sz w:val="20"/>
                <w:szCs w:val="20"/>
                <w:lang w:val="da-DK"/>
              </w:rPr>
              <w:t>B2B2C</w:t>
            </w:r>
          </w:p>
        </w:tc>
        <w:tc>
          <w:tcPr>
            <w:tcW w:w="237" w:type="dxa"/>
            <w:tcBorders>
              <w:top w:val="nil"/>
              <w:left w:val="single" w:sz="4" w:space="0" w:color="000000" w:themeColor="text1"/>
              <w:bottom w:val="nil"/>
              <w:right w:val="single" w:sz="4" w:space="0" w:color="000000" w:themeColor="text1"/>
            </w:tcBorders>
          </w:tcPr>
          <w:p w14:paraId="43D3E67E" w14:textId="77777777" w:rsidR="00036B03" w:rsidRPr="00403024" w:rsidRDefault="00036B03" w:rsidP="00247F1C">
            <w:pPr>
              <w:rPr>
                <w:rFonts w:ascii="Verdana" w:hAnsi="Verdana" w:cstheme="minorHAnsi"/>
                <w:color w:val="000000" w:themeColor="text1"/>
                <w:spacing w:val="-2"/>
                <w:sz w:val="20"/>
                <w:szCs w:val="20"/>
                <w:lang w:val="da-DK"/>
              </w:rPr>
            </w:pPr>
          </w:p>
        </w:tc>
        <w:sdt>
          <w:sdtPr>
            <w:rPr>
              <w:rFonts w:ascii="Verdana" w:eastAsia="MS Gothic" w:hAnsi="Verdana" w:cstheme="minorHAnsi"/>
              <w:color w:val="000000" w:themeColor="text1"/>
              <w:spacing w:val="-2"/>
              <w:sz w:val="20"/>
              <w:szCs w:val="20"/>
              <w:lang w:val="da-DK"/>
            </w:rPr>
            <w:id w:val="-1723360638"/>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333E462B" w14:textId="77777777" w:rsidR="00036B03" w:rsidRPr="00403024" w:rsidRDefault="00036B03" w:rsidP="00247F1C">
                <w:pPr>
                  <w:ind w:left="-33" w:right="32" w:firstLine="33"/>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755597855"/>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right w:val="single" w:sz="4" w:space="0" w:color="000000" w:themeColor="text1"/>
                </w:tcBorders>
              </w:tcPr>
              <w:p w14:paraId="7716A3A7"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927148386"/>
            <w15:color w:val="000000"/>
            <w14:checkbox>
              <w14:checked w14:val="0"/>
              <w14:checkedState w14:val="0052" w14:font="Wingdings 2"/>
              <w14:uncheckedState w14:val="2610" w14:font="MS Gothic"/>
            </w14:checkbox>
          </w:sdtPr>
          <w:sdtEndPr/>
          <w:sdtContent>
            <w:tc>
              <w:tcPr>
                <w:tcW w:w="1424" w:type="dxa"/>
                <w:tcBorders>
                  <w:left w:val="single" w:sz="4" w:space="0" w:color="000000" w:themeColor="text1"/>
                  <w:right w:val="single" w:sz="4" w:space="0" w:color="000000" w:themeColor="text1"/>
                </w:tcBorders>
              </w:tcPr>
              <w:p w14:paraId="3A913B2C" w14:textId="77777777" w:rsidR="00036B03" w:rsidRPr="00403024" w:rsidRDefault="00036B03" w:rsidP="00247F1C">
                <w:pPr>
                  <w:ind w:hanging="237"/>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sdt>
          <w:sdtPr>
            <w:rPr>
              <w:rFonts w:ascii="Verdana" w:eastAsia="MS Gothic" w:hAnsi="Verdana" w:cstheme="minorHAnsi"/>
              <w:color w:val="000000" w:themeColor="text1"/>
              <w:spacing w:val="-2"/>
              <w:sz w:val="20"/>
              <w:szCs w:val="20"/>
              <w:lang w:val="da-DK"/>
            </w:rPr>
            <w:id w:val="1908958112"/>
            <w15:color w:val="000000"/>
            <w14:checkbox>
              <w14:checked w14:val="0"/>
              <w14:checkedState w14:val="0052" w14:font="Wingdings 2"/>
              <w14:uncheckedState w14:val="2610" w14:font="MS Gothic"/>
            </w14:checkbox>
          </w:sdtPr>
          <w:sdtEndPr/>
          <w:sdtContent>
            <w:tc>
              <w:tcPr>
                <w:tcW w:w="1425" w:type="dxa"/>
                <w:tcBorders>
                  <w:left w:val="single" w:sz="4" w:space="0" w:color="000000" w:themeColor="text1"/>
                </w:tcBorders>
              </w:tcPr>
              <w:p w14:paraId="7097EA69"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r w:rsidRPr="00403024">
                  <w:rPr>
                    <w:rFonts w:ascii="Segoe UI Symbol" w:eastAsia="MS Gothic" w:hAnsi="Segoe UI Symbol" w:cs="Segoe UI Symbol"/>
                    <w:color w:val="000000" w:themeColor="text1"/>
                    <w:spacing w:val="-2"/>
                    <w:sz w:val="20"/>
                    <w:szCs w:val="20"/>
                    <w:lang w:val="da-DK"/>
                  </w:rPr>
                  <w:t>☐</w:t>
                </w:r>
              </w:p>
            </w:tc>
          </w:sdtContent>
        </w:sdt>
      </w:tr>
      <w:tr w:rsidR="00036B03" w:rsidRPr="00403024" w14:paraId="3E38978E" w14:textId="77777777" w:rsidTr="00247F1C">
        <w:tc>
          <w:tcPr>
            <w:tcW w:w="3131" w:type="dxa"/>
            <w:tcBorders>
              <w:right w:val="single" w:sz="4" w:space="0" w:color="000000" w:themeColor="text1"/>
            </w:tcBorders>
          </w:tcPr>
          <w:p w14:paraId="5DB1CBB2" w14:textId="77777777" w:rsidR="00036B03" w:rsidRPr="00403024" w:rsidRDefault="00036B03" w:rsidP="00247F1C">
            <w:pPr>
              <w:rPr>
                <w:rFonts w:ascii="Verdana" w:hAnsi="Verdana" w:cstheme="minorHAnsi"/>
                <w:color w:val="000000" w:themeColor="text1"/>
                <w:spacing w:val="-2"/>
                <w:sz w:val="20"/>
                <w:szCs w:val="20"/>
                <w:lang w:val="da-DK"/>
              </w:rPr>
            </w:pPr>
          </w:p>
        </w:tc>
        <w:tc>
          <w:tcPr>
            <w:tcW w:w="237" w:type="dxa"/>
            <w:tcBorders>
              <w:top w:val="nil"/>
              <w:left w:val="single" w:sz="4" w:space="0" w:color="000000" w:themeColor="text1"/>
              <w:bottom w:val="nil"/>
              <w:right w:val="single" w:sz="4" w:space="0" w:color="000000" w:themeColor="text1"/>
            </w:tcBorders>
          </w:tcPr>
          <w:p w14:paraId="08E0516C" w14:textId="77777777" w:rsidR="00036B03" w:rsidRPr="00403024" w:rsidRDefault="00036B03" w:rsidP="00247F1C">
            <w:pPr>
              <w:rPr>
                <w:rFonts w:ascii="Verdana"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tcPr>
          <w:p w14:paraId="20A042F9" w14:textId="77777777" w:rsidR="00036B03" w:rsidRPr="00403024" w:rsidRDefault="00036B03" w:rsidP="00247F1C">
            <w:pPr>
              <w:ind w:left="-33" w:right="32"/>
              <w:jc w:val="center"/>
              <w:rPr>
                <w:rFonts w:ascii="Verdana" w:eastAsia="MS Gothic" w:hAnsi="Verdana" w:cstheme="minorHAnsi"/>
                <w:color w:val="000000" w:themeColor="text1"/>
                <w:spacing w:val="-2"/>
                <w:sz w:val="20"/>
                <w:szCs w:val="20"/>
                <w:lang w:val="da-DK"/>
              </w:rPr>
            </w:pPr>
          </w:p>
        </w:tc>
        <w:tc>
          <w:tcPr>
            <w:tcW w:w="1425" w:type="dxa"/>
            <w:tcBorders>
              <w:left w:val="single" w:sz="4" w:space="0" w:color="000000" w:themeColor="text1"/>
              <w:right w:val="single" w:sz="4" w:space="0" w:color="000000" w:themeColor="text1"/>
            </w:tcBorders>
          </w:tcPr>
          <w:p w14:paraId="3F3620C6" w14:textId="77777777" w:rsidR="00036B03" w:rsidRPr="00403024" w:rsidRDefault="00036B03" w:rsidP="00247F1C">
            <w:pPr>
              <w:ind w:firstLine="2"/>
              <w:jc w:val="center"/>
              <w:rPr>
                <w:rFonts w:ascii="Verdana" w:eastAsia="MS Gothic" w:hAnsi="Verdana" w:cstheme="minorHAnsi"/>
                <w:color w:val="000000" w:themeColor="text1"/>
                <w:spacing w:val="-2"/>
                <w:sz w:val="20"/>
                <w:szCs w:val="20"/>
                <w:lang w:val="da-DK"/>
              </w:rPr>
            </w:pPr>
          </w:p>
        </w:tc>
        <w:tc>
          <w:tcPr>
            <w:tcW w:w="1424" w:type="dxa"/>
            <w:tcBorders>
              <w:left w:val="single" w:sz="4" w:space="0" w:color="000000" w:themeColor="text1"/>
              <w:right w:val="single" w:sz="4" w:space="0" w:color="000000" w:themeColor="text1"/>
            </w:tcBorders>
          </w:tcPr>
          <w:p w14:paraId="1A942F5D" w14:textId="77777777" w:rsidR="00036B03" w:rsidRPr="00403024" w:rsidRDefault="00036B03" w:rsidP="00247F1C">
            <w:pPr>
              <w:jc w:val="center"/>
              <w:rPr>
                <w:rFonts w:ascii="Verdana" w:eastAsia="MS Gothic" w:hAnsi="Verdana" w:cstheme="minorHAnsi"/>
                <w:color w:val="000000" w:themeColor="text1"/>
                <w:spacing w:val="-2"/>
                <w:sz w:val="20"/>
                <w:szCs w:val="20"/>
                <w:lang w:val="da-DK"/>
              </w:rPr>
            </w:pPr>
          </w:p>
        </w:tc>
        <w:tc>
          <w:tcPr>
            <w:tcW w:w="1425" w:type="dxa"/>
            <w:tcBorders>
              <w:left w:val="single" w:sz="4" w:space="0" w:color="000000" w:themeColor="text1"/>
            </w:tcBorders>
          </w:tcPr>
          <w:p w14:paraId="41E9B7AF" w14:textId="77777777" w:rsidR="00036B03" w:rsidRPr="00403024" w:rsidRDefault="00036B03" w:rsidP="00247F1C">
            <w:pPr>
              <w:ind w:left="32"/>
              <w:jc w:val="center"/>
              <w:rPr>
                <w:rFonts w:ascii="Verdana" w:eastAsia="MS Gothic" w:hAnsi="Verdana" w:cstheme="minorHAnsi"/>
                <w:color w:val="000000" w:themeColor="text1"/>
                <w:spacing w:val="-2"/>
                <w:sz w:val="20"/>
                <w:szCs w:val="20"/>
                <w:lang w:val="da-DK"/>
              </w:rPr>
            </w:pPr>
          </w:p>
        </w:tc>
      </w:tr>
    </w:tbl>
    <w:p w14:paraId="1C1AFA68" w14:textId="77777777" w:rsidR="00B21250" w:rsidRPr="00403024" w:rsidRDefault="001A2272">
      <w:pPr>
        <w:spacing w:before="240" w:after="100"/>
        <w:rPr>
          <w:rFonts w:ascii="Verdana" w:hAnsi="Verdana"/>
          <w:sz w:val="20"/>
          <w:szCs w:val="20"/>
        </w:rPr>
      </w:pPr>
      <w:r w:rsidRPr="00403024">
        <w:rPr>
          <w:rFonts w:ascii="Verdana" w:hAnsi="Verdana"/>
          <w:b/>
          <w:sz w:val="20"/>
          <w:szCs w:val="20"/>
        </w:rPr>
        <w:t>Bestyrelseserfaring</w:t>
      </w:r>
    </w:p>
    <w:p w14:paraId="520516C3" w14:textId="77777777" w:rsidR="00B21250" w:rsidRPr="00403024" w:rsidRDefault="001A2272">
      <w:pPr>
        <w:spacing w:after="100"/>
        <w:rPr>
          <w:rFonts w:ascii="Verdana" w:hAnsi="Verdana"/>
          <w:sz w:val="20"/>
          <w:szCs w:val="20"/>
        </w:rPr>
      </w:pPr>
      <w:r w:rsidRPr="00403024">
        <w:rPr>
          <w:rFonts w:ascii="Segoe UI Symbol" w:hAnsi="Segoe UI Symbol" w:cs="Segoe UI Symbol"/>
          <w:sz w:val="20"/>
          <w:szCs w:val="20"/>
        </w:rPr>
        <w:t>☐</w:t>
      </w:r>
      <w:r w:rsidRPr="00403024">
        <w:rPr>
          <w:rFonts w:ascii="Verdana" w:hAnsi="Verdana"/>
          <w:sz w:val="20"/>
          <w:szCs w:val="20"/>
        </w:rPr>
        <w:t xml:space="preserve"> Etablering / Revitalisering af Bestyrelse</w:t>
      </w:r>
    </w:p>
    <w:p w14:paraId="28470C69" w14:textId="77777777" w:rsidR="00B21250" w:rsidRPr="00403024" w:rsidRDefault="001A2272">
      <w:pPr>
        <w:spacing w:after="100"/>
        <w:rPr>
          <w:rFonts w:ascii="Verdana" w:hAnsi="Verdana"/>
          <w:sz w:val="20"/>
          <w:szCs w:val="20"/>
        </w:rPr>
      </w:pPr>
      <w:r w:rsidRPr="00403024">
        <w:rPr>
          <w:rFonts w:ascii="Segoe UI Symbol" w:hAnsi="Segoe UI Symbol" w:cs="Segoe UI Symbol"/>
          <w:sz w:val="20"/>
          <w:szCs w:val="20"/>
        </w:rPr>
        <w:t>☐</w:t>
      </w:r>
      <w:r w:rsidRPr="00403024">
        <w:rPr>
          <w:rFonts w:ascii="Verdana" w:hAnsi="Verdana"/>
          <w:sz w:val="20"/>
          <w:szCs w:val="20"/>
        </w:rPr>
        <w:t xml:space="preserve"> Bestyrelsesleder</w:t>
      </w:r>
    </w:p>
    <w:p w14:paraId="48B3DC41" w14:textId="77777777" w:rsidR="00036B03" w:rsidRPr="006F5D72" w:rsidRDefault="00036B03" w:rsidP="00036B03">
      <w:pPr>
        <w:rPr>
          <w:lang w:val="da-DK"/>
        </w:rPr>
      </w:pPr>
    </w:p>
    <w:p w14:paraId="371587B9" w14:textId="77777777" w:rsidR="00B02E60" w:rsidRDefault="00B02E60">
      <w:pPr>
        <w:rPr>
          <w:lang w:val="da-DK"/>
        </w:rPr>
      </w:pPr>
    </w:p>
    <w:p w14:paraId="5004A371" w14:textId="77777777" w:rsidR="00036B03" w:rsidRDefault="00036B03">
      <w:pPr>
        <w:rPr>
          <w:lang w:val="da-DK"/>
        </w:rPr>
      </w:pPr>
      <w:r>
        <w:rPr>
          <w:lang w:val="da-DK"/>
        </w:rPr>
        <w:br w:type="page"/>
      </w:r>
    </w:p>
    <w:p w14:paraId="5CFEFAB8" w14:textId="77777777" w:rsidR="00B02E60" w:rsidRPr="00102E85" w:rsidRDefault="00B02E60" w:rsidP="00102E85">
      <w:pPr>
        <w:rPr>
          <w:lang w:val="da-DK"/>
        </w:rPr>
      </w:pPr>
    </w:p>
    <w:p w14:paraId="3CE5486D" w14:textId="77777777" w:rsidR="0089669F" w:rsidRPr="00E64464" w:rsidRDefault="0089669F" w:rsidP="00451EF5">
      <w:pPr>
        <w:spacing w:before="200"/>
        <w:jc w:val="center"/>
        <w:rPr>
          <w:rFonts w:eastAsia="Times New Roman"/>
          <w:color w:val="333333"/>
          <w:sz w:val="17"/>
          <w:szCs w:val="17"/>
          <w:lang w:val="da-DK" w:eastAsia="da-DK"/>
        </w:rPr>
      </w:pPr>
    </w:p>
    <w:p w14:paraId="4318406F" w14:textId="77777777" w:rsidR="00451EF5" w:rsidRDefault="00451EF5" w:rsidP="00451EF5">
      <w:pPr>
        <w:spacing w:before="200" w:after="0"/>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SAMTYKKE TIL BOARDPARTNER’S BEHANDLING,</w:t>
      </w:r>
    </w:p>
    <w:p w14:paraId="146CBD11" w14:textId="77777777" w:rsidR="00451EF5" w:rsidRDefault="00451EF5" w:rsidP="00451EF5">
      <w:pPr>
        <w:spacing w:before="200" w:after="0"/>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 xml:space="preserve"> VIDEREGIVELSE OG OPBEVARING </w:t>
      </w:r>
    </w:p>
    <w:p w14:paraId="2A9DE761" w14:textId="77777777" w:rsidR="00451EF5" w:rsidRDefault="00451EF5" w:rsidP="00451EF5">
      <w:pPr>
        <w:spacing w:before="200" w:after="0"/>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AF PERSONOPLYSNINGER I FORBINDELSE</w:t>
      </w:r>
    </w:p>
    <w:p w14:paraId="06C2428B" w14:textId="77777777" w:rsidR="00102E85" w:rsidRDefault="00451EF5" w:rsidP="00451EF5">
      <w:pPr>
        <w:spacing w:before="200" w:after="0"/>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 xml:space="preserve"> MED ANSØGNING OM PARTNERSKAB:</w:t>
      </w:r>
    </w:p>
    <w:p w14:paraId="657F7ADA" w14:textId="77777777" w:rsidR="00102E85" w:rsidRPr="00E64464" w:rsidRDefault="00102E85" w:rsidP="00E90518">
      <w:pPr>
        <w:pStyle w:val="ListParagraph"/>
        <w:numPr>
          <w:ilvl w:val="1"/>
          <w:numId w:val="20"/>
        </w:numPr>
        <w:spacing w:before="240" w:after="240" w:line="260" w:lineRule="exact"/>
        <w:ind w:left="426" w:hanging="431"/>
        <w:contextualSpacing w:val="0"/>
        <w:jc w:val="both"/>
        <w:rPr>
          <w:rFonts w:ascii="Verdana" w:hAnsi="Verdana"/>
          <w:sz w:val="18"/>
          <w:lang w:val="da-DK"/>
        </w:rPr>
      </w:pPr>
      <w:r w:rsidRPr="00E64464">
        <w:rPr>
          <w:rFonts w:ascii="Verdana" w:hAnsi="Verdana"/>
          <w:sz w:val="18"/>
          <w:lang w:val="da-DK"/>
        </w:rPr>
        <w:t xml:space="preserve">Undertegnede giver hermed samtykke til, at medlemmerne af BoardPartners </w:t>
      </w:r>
      <w:r>
        <w:rPr>
          <w:rFonts w:ascii="Verdana" w:hAnsi="Verdana"/>
          <w:sz w:val="18"/>
          <w:lang w:val="da-DK"/>
        </w:rPr>
        <w:t>Rekruttering</w:t>
      </w:r>
      <w:r w:rsidRPr="00E64464">
        <w:rPr>
          <w:rFonts w:ascii="Verdana" w:hAnsi="Verdana"/>
          <w:sz w:val="18"/>
          <w:lang w:val="da-DK"/>
        </w:rPr>
        <w:t xml:space="preserve">sudvalg modtager kopi af det udfyldte ansøgningsskema til brug for vurderingen af min ansøgning om partnerskab i BoardPartner. Jeg giver desuden samtykke til, at medlemmerne af BoardPartners </w:t>
      </w:r>
      <w:r>
        <w:rPr>
          <w:rFonts w:ascii="Verdana" w:hAnsi="Verdana"/>
          <w:sz w:val="18"/>
          <w:lang w:val="da-DK"/>
        </w:rPr>
        <w:t>Rekruttering</w:t>
      </w:r>
      <w:r w:rsidRPr="00E64464">
        <w:rPr>
          <w:rFonts w:ascii="Verdana" w:hAnsi="Verdana"/>
          <w:sz w:val="18"/>
          <w:lang w:val="da-DK"/>
        </w:rPr>
        <w:t xml:space="preserve">sudvalg kan </w:t>
      </w:r>
      <w:proofErr w:type="gramStart"/>
      <w:r w:rsidRPr="00E64464">
        <w:rPr>
          <w:rFonts w:ascii="Verdana" w:hAnsi="Verdana"/>
          <w:sz w:val="18"/>
          <w:lang w:val="da-DK"/>
        </w:rPr>
        <w:t>tage kontakt til</w:t>
      </w:r>
      <w:proofErr w:type="gramEnd"/>
      <w:r w:rsidRPr="00E64464">
        <w:rPr>
          <w:rFonts w:ascii="Verdana" w:hAnsi="Verdana"/>
          <w:sz w:val="18"/>
          <w:lang w:val="da-DK"/>
        </w:rPr>
        <w:t xml:space="preserve"> de referencer jeg har angivet for at indhente eller verificere oplysninger om mig, ligesom jeg er gjort bekendt med, at BoardPartners </w:t>
      </w:r>
      <w:r>
        <w:rPr>
          <w:rFonts w:ascii="Verdana" w:hAnsi="Verdana"/>
          <w:sz w:val="18"/>
          <w:lang w:val="da-DK"/>
        </w:rPr>
        <w:t>Rekruttering</w:t>
      </w:r>
      <w:r w:rsidRPr="00E64464">
        <w:rPr>
          <w:rFonts w:ascii="Verdana" w:hAnsi="Verdana"/>
          <w:sz w:val="18"/>
          <w:lang w:val="da-DK"/>
        </w:rPr>
        <w:t>sudvalg, til brug for vurderingen af min ansøgning, kan vælge at søge efter offentligt tilgængelige oplysninger om mig, herunder oplysninger på sociale medier.</w:t>
      </w:r>
    </w:p>
    <w:p w14:paraId="6698EB6A" w14:textId="77777777" w:rsidR="00102E85" w:rsidRPr="00E64464" w:rsidRDefault="00102E85" w:rsidP="00E90518">
      <w:pPr>
        <w:pStyle w:val="ListParagraph"/>
        <w:numPr>
          <w:ilvl w:val="1"/>
          <w:numId w:val="20"/>
        </w:numPr>
        <w:spacing w:before="240" w:after="240" w:line="260" w:lineRule="exact"/>
        <w:ind w:left="426" w:hanging="431"/>
        <w:contextualSpacing w:val="0"/>
        <w:jc w:val="both"/>
        <w:rPr>
          <w:rFonts w:ascii="Verdana" w:hAnsi="Verdana"/>
          <w:sz w:val="18"/>
          <w:lang w:val="da-DK"/>
        </w:rPr>
      </w:pPr>
      <w:r w:rsidRPr="00E64464">
        <w:rPr>
          <w:rFonts w:ascii="Verdana" w:hAnsi="Verdana"/>
          <w:sz w:val="18"/>
          <w:lang w:val="da-DK"/>
        </w:rPr>
        <w:t xml:space="preserve">Jeg giver desuden mit samtykke til, at BoardPartners </w:t>
      </w:r>
      <w:r>
        <w:rPr>
          <w:rFonts w:ascii="Verdana" w:hAnsi="Verdana"/>
          <w:sz w:val="18"/>
          <w:lang w:val="da-DK"/>
        </w:rPr>
        <w:t>Rekruttering</w:t>
      </w:r>
      <w:r w:rsidRPr="00E64464">
        <w:rPr>
          <w:rFonts w:ascii="Verdana" w:hAnsi="Verdana"/>
          <w:sz w:val="18"/>
          <w:lang w:val="da-DK"/>
        </w:rPr>
        <w:t xml:space="preserve">sudvalg må videresende kopi af det udfyldte ansøgningsskema til BoardPartners bestyrelse for dennes godkendelse, </w:t>
      </w:r>
      <w:proofErr w:type="gramStart"/>
      <w:r w:rsidRPr="00E64464">
        <w:rPr>
          <w:rFonts w:ascii="Verdana" w:hAnsi="Verdana"/>
          <w:sz w:val="18"/>
          <w:lang w:val="da-DK"/>
        </w:rPr>
        <w:t>såfremt</w:t>
      </w:r>
      <w:proofErr w:type="gramEnd"/>
      <w:r w:rsidRPr="00E64464">
        <w:rPr>
          <w:rFonts w:ascii="Verdana" w:hAnsi="Verdana"/>
          <w:sz w:val="18"/>
          <w:lang w:val="da-DK"/>
        </w:rPr>
        <w:t xml:space="preserve"> </w:t>
      </w:r>
      <w:r>
        <w:rPr>
          <w:rFonts w:ascii="Verdana" w:hAnsi="Verdana"/>
          <w:sz w:val="18"/>
          <w:lang w:val="da-DK"/>
        </w:rPr>
        <w:t>Rekruttering</w:t>
      </w:r>
      <w:r w:rsidRPr="00E64464">
        <w:rPr>
          <w:rFonts w:ascii="Verdana" w:hAnsi="Verdana"/>
          <w:sz w:val="18"/>
          <w:lang w:val="da-DK"/>
        </w:rPr>
        <w:t>sudvalgets beslutter at imødekomme min ansøgning om partnerskab i BoardPartner.</w:t>
      </w:r>
    </w:p>
    <w:p w14:paraId="138C22C5" w14:textId="77777777" w:rsidR="00102E85" w:rsidRPr="00E64464" w:rsidRDefault="00102E85" w:rsidP="00E90518">
      <w:pPr>
        <w:pStyle w:val="ListParagraph"/>
        <w:numPr>
          <w:ilvl w:val="1"/>
          <w:numId w:val="20"/>
        </w:numPr>
        <w:spacing w:before="240" w:after="240" w:line="260" w:lineRule="exact"/>
        <w:ind w:left="426" w:hanging="431"/>
        <w:contextualSpacing w:val="0"/>
        <w:jc w:val="both"/>
        <w:rPr>
          <w:rFonts w:ascii="Verdana" w:hAnsi="Verdana"/>
          <w:sz w:val="18"/>
          <w:lang w:val="da-DK"/>
        </w:rPr>
      </w:pPr>
      <w:r w:rsidRPr="00E64464">
        <w:rPr>
          <w:rFonts w:ascii="Verdana" w:hAnsi="Verdana"/>
          <w:sz w:val="18"/>
          <w:lang w:val="da-DK"/>
        </w:rPr>
        <w:t xml:space="preserve">Endelig giver jeg samtykke til, at BoardPartners </w:t>
      </w:r>
      <w:r>
        <w:rPr>
          <w:rFonts w:ascii="Verdana" w:hAnsi="Verdana"/>
          <w:sz w:val="18"/>
          <w:lang w:val="da-DK"/>
        </w:rPr>
        <w:t>Rekruttering</w:t>
      </w:r>
      <w:r w:rsidRPr="00E64464">
        <w:rPr>
          <w:rFonts w:ascii="Verdana" w:hAnsi="Verdana"/>
          <w:sz w:val="18"/>
          <w:lang w:val="da-DK"/>
        </w:rPr>
        <w:t>sudvalg, efter bestyrelsens godkendelse af min ansøgning, må videresende kopi af det udfyldte ansøgningsskema til BoardPartners partnere som led i BoardPartners interne høringsproces blandt partnerne om eventuelle indvendinger mod mit partnerskab.</w:t>
      </w:r>
    </w:p>
    <w:p w14:paraId="021E8A34" w14:textId="77777777" w:rsidR="00102E85" w:rsidRPr="00E64464" w:rsidRDefault="00102E85" w:rsidP="00E90518">
      <w:pPr>
        <w:pStyle w:val="ListParagraph"/>
        <w:numPr>
          <w:ilvl w:val="1"/>
          <w:numId w:val="20"/>
        </w:numPr>
        <w:spacing w:before="240" w:after="240" w:line="260" w:lineRule="exact"/>
        <w:ind w:left="426" w:hanging="431"/>
        <w:contextualSpacing w:val="0"/>
        <w:jc w:val="both"/>
        <w:rPr>
          <w:rFonts w:ascii="Verdana" w:hAnsi="Verdana"/>
          <w:sz w:val="18"/>
          <w:lang w:val="da-DK"/>
        </w:rPr>
      </w:pPr>
      <w:proofErr w:type="gramStart"/>
      <w:r w:rsidRPr="00E64464">
        <w:rPr>
          <w:rFonts w:ascii="Verdana" w:hAnsi="Verdana"/>
          <w:sz w:val="18"/>
          <w:lang w:val="da-DK"/>
        </w:rPr>
        <w:t>Såfremt</w:t>
      </w:r>
      <w:proofErr w:type="gramEnd"/>
      <w:r w:rsidRPr="00E64464">
        <w:rPr>
          <w:rFonts w:ascii="Verdana" w:hAnsi="Verdana"/>
          <w:sz w:val="18"/>
          <w:lang w:val="da-DK"/>
        </w:rPr>
        <w:t xml:space="preserve"> min ansøgning om partnerskab afvises, vil de af mig udleverede personoplysninger blive slettet i overensstemmelse med BoardPartners Persondatapolitik, som jeg er gjort bekendt med.</w:t>
      </w:r>
    </w:p>
    <w:p w14:paraId="68A8ADED" w14:textId="77777777" w:rsidR="00102E85" w:rsidRPr="00E64464" w:rsidRDefault="00102E85" w:rsidP="00E90518">
      <w:pPr>
        <w:pStyle w:val="ListParagraph"/>
        <w:numPr>
          <w:ilvl w:val="1"/>
          <w:numId w:val="20"/>
        </w:numPr>
        <w:spacing w:before="240" w:after="240" w:line="260" w:lineRule="exact"/>
        <w:ind w:left="426" w:hanging="431"/>
        <w:contextualSpacing w:val="0"/>
        <w:jc w:val="both"/>
        <w:rPr>
          <w:rFonts w:ascii="Verdana" w:hAnsi="Verdana"/>
          <w:sz w:val="18"/>
          <w:lang w:val="da-DK"/>
        </w:rPr>
      </w:pPr>
      <w:proofErr w:type="gramStart"/>
      <w:r w:rsidRPr="00E64464">
        <w:rPr>
          <w:rFonts w:ascii="Verdana" w:hAnsi="Verdana"/>
          <w:sz w:val="18"/>
          <w:lang w:val="da-DK"/>
        </w:rPr>
        <w:t>Såfremt</w:t>
      </w:r>
      <w:proofErr w:type="gramEnd"/>
      <w:r w:rsidRPr="00E64464">
        <w:rPr>
          <w:rFonts w:ascii="Verdana" w:hAnsi="Verdana"/>
          <w:sz w:val="18"/>
          <w:lang w:val="da-DK"/>
        </w:rPr>
        <w:t xml:space="preserve"> min ansøgning om partnerskab endeligt godkendes, vil de af mig udleverede personoplysninger blive behandlet og opbevaret i overensstemmelse med BoardPartners Persondatapolitik, som jeg er gjort bekendt med, ligesom jeg i så fald forpligter mig til at underskrive BoardPartners samtykkeerklæring om indhentelse, behandling, opbevaring og udveksling af personoplysninger.</w:t>
      </w:r>
    </w:p>
    <w:p w14:paraId="2A25506B" w14:textId="77777777" w:rsidR="00451EF5" w:rsidRPr="00E64464" w:rsidRDefault="00451EF5" w:rsidP="00102E85">
      <w:pPr>
        <w:spacing w:before="240" w:after="240" w:line="260" w:lineRule="exact"/>
        <w:rPr>
          <w:rFonts w:ascii="Verdana" w:hAnsi="Verdana"/>
          <w:sz w:val="18"/>
          <w:lang w:val="da-DK"/>
        </w:rPr>
      </w:pPr>
    </w:p>
    <w:p w14:paraId="748AD1E3" w14:textId="77777777" w:rsidR="00102E85" w:rsidRPr="00E64464" w:rsidRDefault="00102E85" w:rsidP="00451EF5">
      <w:pPr>
        <w:rPr>
          <w:rFonts w:ascii="Verdana" w:hAnsi="Verdana"/>
          <w:sz w:val="17"/>
          <w:szCs w:val="17"/>
          <w:lang w:val="da-DK"/>
        </w:rPr>
      </w:pPr>
      <w:r w:rsidRPr="00E64464">
        <w:rPr>
          <w:rFonts w:ascii="Verdana" w:hAnsi="Verdana"/>
          <w:sz w:val="17"/>
          <w:szCs w:val="17"/>
          <w:lang w:val="da-DK"/>
        </w:rPr>
        <w:t xml:space="preserve">                               , den                  20</w:t>
      </w:r>
      <w:r>
        <w:rPr>
          <w:rFonts w:ascii="Verdana" w:hAnsi="Verdana"/>
          <w:sz w:val="17"/>
          <w:szCs w:val="17"/>
          <w:lang w:val="da-DK"/>
        </w:rPr>
        <w:t>2x</w:t>
      </w:r>
      <w:r w:rsidRPr="00E64464">
        <w:rPr>
          <w:rFonts w:ascii="Verdana" w:hAnsi="Verdana"/>
          <w:sz w:val="17"/>
          <w:szCs w:val="17"/>
          <w:lang w:val="da-DK"/>
        </w:rPr>
        <w:t xml:space="preserve">  </w:t>
      </w:r>
    </w:p>
    <w:p w14:paraId="0CA2FA70" w14:textId="77777777" w:rsidR="00102E85" w:rsidRPr="00E64464" w:rsidRDefault="00102E85" w:rsidP="00102E85">
      <w:pPr>
        <w:jc w:val="center"/>
        <w:rPr>
          <w:rFonts w:ascii="Verdana" w:hAnsi="Verdana"/>
          <w:sz w:val="17"/>
          <w:szCs w:val="17"/>
          <w:lang w:val="da-DK"/>
        </w:rPr>
      </w:pPr>
    </w:p>
    <w:p w14:paraId="636E4FA9" w14:textId="77777777" w:rsidR="00102E85" w:rsidRPr="00E64464" w:rsidRDefault="00102E85" w:rsidP="00102E85">
      <w:pPr>
        <w:rPr>
          <w:rFonts w:ascii="Verdana" w:hAnsi="Verdana"/>
          <w:sz w:val="17"/>
          <w:szCs w:val="17"/>
          <w:lang w:val="da-DK"/>
        </w:rPr>
      </w:pPr>
      <w:r>
        <w:rPr>
          <w:rFonts w:ascii="Verdana" w:hAnsi="Verdana"/>
          <w:sz w:val="17"/>
          <w:szCs w:val="17"/>
          <w:lang w:val="da-DK"/>
        </w:rPr>
        <w:t xml:space="preserve">Navn: </w:t>
      </w:r>
      <w:r w:rsidRPr="00E64464">
        <w:rPr>
          <w:rFonts w:ascii="Verdana" w:hAnsi="Verdana"/>
          <w:sz w:val="17"/>
          <w:szCs w:val="17"/>
          <w:lang w:val="da-DK"/>
        </w:rPr>
        <w:t>________________________________</w:t>
      </w:r>
      <w:r>
        <w:rPr>
          <w:rFonts w:ascii="Verdana" w:hAnsi="Verdana"/>
          <w:sz w:val="17"/>
          <w:szCs w:val="17"/>
          <w:lang w:val="da-DK"/>
        </w:rPr>
        <w:t xml:space="preserve">    Underskrift: </w:t>
      </w:r>
      <w:r w:rsidRPr="00E64464">
        <w:rPr>
          <w:rFonts w:ascii="Verdana" w:hAnsi="Verdana"/>
          <w:sz w:val="17"/>
          <w:szCs w:val="17"/>
          <w:lang w:val="da-DK"/>
        </w:rPr>
        <w:t>________________________________</w:t>
      </w:r>
    </w:p>
    <w:p w14:paraId="19F2F059" w14:textId="77777777" w:rsidR="00102E85" w:rsidRPr="00E64464" w:rsidRDefault="00102E85" w:rsidP="00102E85">
      <w:pPr>
        <w:spacing w:before="120"/>
        <w:jc w:val="center"/>
        <w:rPr>
          <w:rFonts w:ascii="Verdana" w:hAnsi="Verdana"/>
          <w:sz w:val="14"/>
          <w:szCs w:val="14"/>
          <w:lang w:val="da-DK"/>
        </w:rPr>
      </w:pPr>
      <w:r w:rsidRPr="00E64464">
        <w:rPr>
          <w:rFonts w:ascii="Verdana" w:hAnsi="Verdana"/>
          <w:sz w:val="14"/>
          <w:szCs w:val="14"/>
          <w:lang w:val="da-DK"/>
        </w:rPr>
        <w:br/>
      </w:r>
      <w:r w:rsidRPr="00E64464">
        <w:rPr>
          <w:rFonts w:ascii="Verdana" w:hAnsi="Verdana"/>
          <w:sz w:val="14"/>
          <w:szCs w:val="14"/>
          <w:lang w:val="da-DK"/>
        </w:rPr>
        <w:br/>
      </w:r>
      <w:r w:rsidRPr="00E64464">
        <w:rPr>
          <w:rFonts w:ascii="Verdana" w:hAnsi="Verdana"/>
          <w:sz w:val="14"/>
          <w:szCs w:val="14"/>
          <w:lang w:val="da-DK"/>
        </w:rPr>
        <w:br w:type="page"/>
      </w:r>
    </w:p>
    <w:p w14:paraId="17FB33AB" w14:textId="77777777" w:rsidR="00102E85" w:rsidRPr="00E64464" w:rsidRDefault="00102E85" w:rsidP="00065318">
      <w:pPr>
        <w:spacing w:after="0"/>
        <w:jc w:val="center"/>
        <w:rPr>
          <w:rFonts w:ascii="Verdana" w:hAnsi="Verdana"/>
          <w:b/>
          <w:sz w:val="18"/>
          <w:lang w:val="da-DK"/>
        </w:rPr>
      </w:pPr>
    </w:p>
    <w:p w14:paraId="1AF9D67A" w14:textId="77777777" w:rsidR="00102E85" w:rsidRPr="0089669F" w:rsidRDefault="00102E85" w:rsidP="00102E85">
      <w:pPr>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SAMTYKKEERKLÆRING FOR PARTNERE</w:t>
      </w:r>
    </w:p>
    <w:p w14:paraId="7DA5D85D" w14:textId="77777777" w:rsidR="00102E85" w:rsidRPr="0089669F" w:rsidRDefault="00102E85" w:rsidP="00102E85">
      <w:pPr>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OM</w:t>
      </w:r>
    </w:p>
    <w:p w14:paraId="5E6A6404" w14:textId="77777777" w:rsidR="00102E85" w:rsidRPr="0089669F" w:rsidRDefault="00102E85" w:rsidP="00102E85">
      <w:pPr>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INDHENTELSE, BEHANDLING, OPBEVARING OG UDVEKSLING AF PERSONOPLYSNINGER</w:t>
      </w:r>
    </w:p>
    <w:p w14:paraId="328BCD96" w14:textId="77777777" w:rsidR="00451EF5" w:rsidRDefault="00102E85" w:rsidP="00451EF5">
      <w:pPr>
        <w:rPr>
          <w:rFonts w:asciiTheme="majorHAnsi" w:eastAsiaTheme="majorEastAsia" w:hAnsiTheme="majorHAnsi" w:cstheme="majorBidi"/>
          <w:b/>
          <w:bCs/>
          <w:color w:val="4F81BD" w:themeColor="accent1"/>
          <w:lang w:val="da-DK"/>
        </w:rPr>
      </w:pPr>
      <w:r w:rsidRPr="00E64464">
        <w:rPr>
          <w:rFonts w:ascii="Verdana" w:hAnsi="Verdana"/>
          <w:sz w:val="18"/>
          <w:lang w:val="da-DK"/>
        </w:rPr>
        <w:tab/>
      </w:r>
    </w:p>
    <w:p w14:paraId="385ACF0E" w14:textId="77777777" w:rsidR="00102E85" w:rsidRPr="0089669F" w:rsidRDefault="00102E85" w:rsidP="00102E85">
      <w:pPr>
        <w:pStyle w:val="ListParagraph"/>
        <w:numPr>
          <w:ilvl w:val="0"/>
          <w:numId w:val="21"/>
        </w:numPr>
        <w:spacing w:before="200"/>
        <w:contextualSpacing w:val="0"/>
        <w:rPr>
          <w:rFonts w:asciiTheme="majorHAnsi" w:eastAsiaTheme="majorEastAsia" w:hAnsiTheme="majorHAnsi" w:cstheme="majorBidi"/>
          <w:b/>
          <w:bCs/>
          <w:color w:val="4F81BD" w:themeColor="accent1"/>
          <w:lang w:val="da-DK"/>
        </w:rPr>
      </w:pPr>
      <w:r w:rsidRPr="0089669F">
        <w:rPr>
          <w:rFonts w:asciiTheme="majorHAnsi" w:eastAsiaTheme="majorEastAsia" w:hAnsiTheme="majorHAnsi" w:cstheme="majorBidi"/>
          <w:b/>
          <w:bCs/>
          <w:color w:val="4F81BD" w:themeColor="accent1"/>
          <w:lang w:val="da-DK"/>
        </w:rPr>
        <w:t>Indsamling, behandling og opbevaring af personoplysninger</w:t>
      </w:r>
    </w:p>
    <w:p w14:paraId="0EC62494"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r w:rsidRPr="00E64464">
        <w:rPr>
          <w:rFonts w:ascii="Verdana" w:hAnsi="Verdana"/>
          <w:sz w:val="18"/>
          <w:lang w:val="da-DK"/>
        </w:rPr>
        <w:t xml:space="preserve">Jeg er bekendt med, at BoardPartner F.M.B.A. (herefter refereret til som ”BoardPartner”) som led i udøvelse af dets aktivitet indhenter, behandler og opbevarer visse personoplysninger om mig, som beskrevet i </w:t>
      </w:r>
      <w:r w:rsidR="00405107" w:rsidRPr="00E64464">
        <w:rPr>
          <w:rFonts w:ascii="Verdana" w:hAnsi="Verdana"/>
          <w:sz w:val="18"/>
          <w:lang w:val="da-DK"/>
        </w:rPr>
        <w:t>BoardPartners</w:t>
      </w:r>
      <w:r w:rsidRPr="00E64464">
        <w:rPr>
          <w:rFonts w:ascii="Verdana" w:hAnsi="Verdana"/>
          <w:sz w:val="18"/>
          <w:lang w:val="da-DK"/>
        </w:rPr>
        <w:t xml:space="preserve"> Persondatapolitik og Cookie politik, som er tilgængelige via </w:t>
      </w:r>
      <w:r w:rsidR="00405107" w:rsidRPr="00E64464">
        <w:rPr>
          <w:rFonts w:ascii="Verdana" w:hAnsi="Verdana"/>
          <w:sz w:val="18"/>
          <w:lang w:val="da-DK"/>
        </w:rPr>
        <w:t>BoardPartners</w:t>
      </w:r>
      <w:r w:rsidRPr="00E64464">
        <w:rPr>
          <w:rFonts w:ascii="Verdana" w:hAnsi="Verdana"/>
          <w:sz w:val="18"/>
          <w:lang w:val="da-DK"/>
        </w:rPr>
        <w:t xml:space="preserve"> hjemmeside og som jeg er gjort bekendt med.</w:t>
      </w:r>
    </w:p>
    <w:p w14:paraId="62760918"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r w:rsidRPr="00E64464">
        <w:rPr>
          <w:rFonts w:ascii="Verdana" w:hAnsi="Verdana"/>
          <w:sz w:val="18"/>
          <w:lang w:val="da-DK"/>
        </w:rPr>
        <w:t>Jeg er ligeledes gjort bekendt med, at de af BoardPartner indsamlede personoplysninger kan omfatte billeder og optagelser, som jeg selv har leveret til BoardPartner, eller som er optaget i forbindelse med arrangementer som BoardPartner er arrangør af eller deltager i.</w:t>
      </w:r>
    </w:p>
    <w:p w14:paraId="6547DAEC" w14:textId="77777777" w:rsidR="00102E85" w:rsidRPr="00E64464" w:rsidRDefault="00102E85" w:rsidP="00451EF5">
      <w:pPr>
        <w:spacing w:before="240" w:after="240" w:line="260" w:lineRule="exact"/>
        <w:ind w:left="357"/>
        <w:jc w:val="both"/>
        <w:rPr>
          <w:rFonts w:ascii="Verdana" w:hAnsi="Verdana"/>
          <w:sz w:val="18"/>
          <w:lang w:val="da-DK"/>
        </w:rPr>
      </w:pPr>
      <w:r w:rsidRPr="00E64464">
        <w:rPr>
          <w:rFonts w:ascii="Verdana" w:hAnsi="Verdana"/>
          <w:sz w:val="18"/>
          <w:lang w:val="da-DK"/>
        </w:rPr>
        <w:t xml:space="preserve">Eksterne samarbejdspartnere til BoardPartner kan se bort fra punkt </w:t>
      </w:r>
      <w:r w:rsidRPr="00E64464">
        <w:rPr>
          <w:rFonts w:ascii="Verdana" w:hAnsi="Verdana"/>
          <w:sz w:val="18"/>
          <w:lang w:val="da-DK"/>
        </w:rPr>
        <w:fldChar w:fldCharType="begin"/>
      </w:r>
      <w:r w:rsidRPr="00E64464">
        <w:rPr>
          <w:rFonts w:ascii="Verdana" w:hAnsi="Verdana"/>
          <w:sz w:val="18"/>
          <w:lang w:val="da-DK"/>
        </w:rPr>
        <w:instrText xml:space="preserve"> REF _Ref509148731 \r \h </w:instrText>
      </w:r>
      <w:r w:rsidR="00451EF5">
        <w:rPr>
          <w:rFonts w:ascii="Verdana" w:hAnsi="Verdana"/>
          <w:sz w:val="18"/>
          <w:lang w:val="da-DK"/>
        </w:rPr>
        <w:instrText xml:space="preserve"> \* MERGEFORMAT </w:instrText>
      </w:r>
      <w:r w:rsidRPr="00E64464">
        <w:rPr>
          <w:rFonts w:ascii="Verdana" w:hAnsi="Verdana"/>
          <w:sz w:val="18"/>
          <w:lang w:val="da-DK"/>
        </w:rPr>
      </w:r>
      <w:r w:rsidRPr="00E64464">
        <w:rPr>
          <w:rFonts w:ascii="Verdana" w:hAnsi="Verdana"/>
          <w:sz w:val="18"/>
          <w:lang w:val="da-DK"/>
        </w:rPr>
        <w:fldChar w:fldCharType="separate"/>
      </w:r>
      <w:r w:rsidR="009838DE">
        <w:rPr>
          <w:rFonts w:ascii="Verdana" w:hAnsi="Verdana"/>
          <w:sz w:val="18"/>
          <w:lang w:val="da-DK"/>
        </w:rPr>
        <w:t>2.1</w:t>
      </w:r>
      <w:r w:rsidRPr="00E64464">
        <w:rPr>
          <w:rFonts w:ascii="Verdana" w:hAnsi="Verdana"/>
          <w:sz w:val="18"/>
          <w:lang w:val="da-DK"/>
        </w:rPr>
        <w:fldChar w:fldCharType="end"/>
      </w:r>
      <w:r w:rsidRPr="00E64464">
        <w:rPr>
          <w:rFonts w:ascii="Verdana" w:hAnsi="Verdana"/>
          <w:sz w:val="18"/>
          <w:lang w:val="da-DK"/>
        </w:rPr>
        <w:t xml:space="preserve"> til punkt </w:t>
      </w:r>
      <w:r w:rsidRPr="00E64464">
        <w:rPr>
          <w:rFonts w:ascii="Verdana" w:hAnsi="Verdana"/>
          <w:sz w:val="18"/>
          <w:lang w:val="da-DK"/>
        </w:rPr>
        <w:fldChar w:fldCharType="begin"/>
      </w:r>
      <w:r w:rsidRPr="00E64464">
        <w:rPr>
          <w:rFonts w:ascii="Verdana" w:hAnsi="Verdana"/>
          <w:sz w:val="18"/>
          <w:lang w:val="da-DK"/>
        </w:rPr>
        <w:instrText xml:space="preserve"> REF _Ref509148734 \r \h </w:instrText>
      </w:r>
      <w:r w:rsidR="00451EF5">
        <w:rPr>
          <w:rFonts w:ascii="Verdana" w:hAnsi="Verdana"/>
          <w:sz w:val="18"/>
          <w:lang w:val="da-DK"/>
        </w:rPr>
        <w:instrText xml:space="preserve"> \* MERGEFORMAT </w:instrText>
      </w:r>
      <w:r w:rsidRPr="00E64464">
        <w:rPr>
          <w:rFonts w:ascii="Verdana" w:hAnsi="Verdana"/>
          <w:sz w:val="18"/>
          <w:lang w:val="da-DK"/>
        </w:rPr>
      </w:r>
      <w:r w:rsidRPr="00E64464">
        <w:rPr>
          <w:rFonts w:ascii="Verdana" w:hAnsi="Verdana"/>
          <w:sz w:val="18"/>
          <w:lang w:val="da-DK"/>
        </w:rPr>
        <w:fldChar w:fldCharType="separate"/>
      </w:r>
      <w:r w:rsidR="009838DE">
        <w:rPr>
          <w:rFonts w:ascii="Verdana" w:hAnsi="Verdana"/>
          <w:sz w:val="18"/>
          <w:lang w:val="da-DK"/>
        </w:rPr>
        <w:t>2.3</w:t>
      </w:r>
      <w:r w:rsidRPr="00E64464">
        <w:rPr>
          <w:rFonts w:ascii="Verdana" w:hAnsi="Verdana"/>
          <w:sz w:val="18"/>
          <w:lang w:val="da-DK"/>
        </w:rPr>
        <w:fldChar w:fldCharType="end"/>
      </w:r>
      <w:r w:rsidRPr="00E64464">
        <w:rPr>
          <w:rFonts w:ascii="Verdana" w:hAnsi="Verdana"/>
          <w:sz w:val="18"/>
          <w:lang w:val="da-DK"/>
        </w:rPr>
        <w:t>.</w:t>
      </w:r>
    </w:p>
    <w:p w14:paraId="10A67D95" w14:textId="77777777" w:rsidR="00102E85" w:rsidRPr="0089669F" w:rsidRDefault="00102E85" w:rsidP="0089669F">
      <w:pPr>
        <w:pStyle w:val="ListParagraph"/>
        <w:numPr>
          <w:ilvl w:val="0"/>
          <w:numId w:val="21"/>
        </w:numPr>
        <w:spacing w:before="200"/>
        <w:contextualSpacing w:val="0"/>
        <w:rPr>
          <w:rFonts w:asciiTheme="majorHAnsi" w:eastAsiaTheme="majorEastAsia" w:hAnsiTheme="majorHAnsi" w:cstheme="majorBidi"/>
          <w:b/>
          <w:bCs/>
          <w:color w:val="4F81BD" w:themeColor="accent1"/>
          <w:lang w:val="da-DK"/>
        </w:rPr>
      </w:pPr>
      <w:r w:rsidRPr="0089669F">
        <w:rPr>
          <w:rFonts w:asciiTheme="majorHAnsi" w:eastAsiaTheme="majorEastAsia" w:hAnsiTheme="majorHAnsi" w:cstheme="majorBidi"/>
          <w:b/>
          <w:bCs/>
          <w:color w:val="4F81BD" w:themeColor="accent1"/>
          <w:lang w:val="da-DK"/>
        </w:rPr>
        <w:t>Samtykke til behandling af personoplysninger</w:t>
      </w:r>
    </w:p>
    <w:p w14:paraId="5E2C7B8B"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bookmarkStart w:id="2" w:name="_Ref509148731"/>
      <w:r w:rsidRPr="00E64464">
        <w:rPr>
          <w:rFonts w:ascii="Verdana" w:hAnsi="Verdana"/>
          <w:sz w:val="18"/>
          <w:lang w:val="da-DK"/>
        </w:rPr>
        <w:t xml:space="preserve">Jeg giver hermed - som Partner i BoardPartner - mit samtykke til, at BoardPartner indsamler, behandler og opbevarer de af mine personoplysninger, som indhentes fra mig eller fra evt. tredjeparter, som jeg har givet tilladelse til at videregive personlige oplysninger om mig, i forbindelse med administration af mit partnerskab i BoardPartner, herunder bl.a. ved administration af betaling af medlemsgebyrer, udarbejdelse af medlemslister, udarbejdelse af profiler på hver enkelt partner, og ved præsentation eller promovering af BoardPartner, hvad enten dette sker via BoardPartners hjemmeside og profil på sociale medier, så som LinkedIn, eller på anden måde. Mit samtykke omfatter også den videregivelse af oplysninger, som BoardPartner foretager ved brug af eksterne leverandører af webdesign, webcontent og </w:t>
      </w:r>
      <w:proofErr w:type="spellStart"/>
      <w:r w:rsidRPr="00E64464">
        <w:rPr>
          <w:rFonts w:ascii="Verdana" w:hAnsi="Verdana"/>
          <w:sz w:val="18"/>
          <w:lang w:val="da-DK"/>
        </w:rPr>
        <w:t>webhosting</w:t>
      </w:r>
      <w:proofErr w:type="spellEnd"/>
      <w:r w:rsidRPr="00E64464">
        <w:rPr>
          <w:rFonts w:ascii="Verdana" w:hAnsi="Verdana"/>
          <w:sz w:val="18"/>
          <w:lang w:val="da-DK"/>
        </w:rPr>
        <w:t xml:space="preserve"> services og lignende for BoardPartners hjemmeside, sociale profiler, og eventuelle Apps.</w:t>
      </w:r>
      <w:bookmarkEnd w:id="2"/>
      <w:r w:rsidRPr="00E64464">
        <w:rPr>
          <w:rFonts w:ascii="Verdana" w:hAnsi="Verdana"/>
          <w:sz w:val="18"/>
          <w:lang w:val="da-DK"/>
        </w:rPr>
        <w:t xml:space="preserve"> </w:t>
      </w:r>
    </w:p>
    <w:p w14:paraId="6B8C6919"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r w:rsidRPr="00E64464">
        <w:rPr>
          <w:rFonts w:ascii="Verdana" w:hAnsi="Verdana"/>
          <w:sz w:val="18"/>
          <w:lang w:val="da-DK"/>
        </w:rPr>
        <w:t>Jeg giver ligeledes - som Partner i BoardPartner - mit samtykke til, at BoardPartner indsamler, behandler og opbevarer de af mine personoplysninger, som indhentes fra mig eller fra evt. tredjeparter, som jeg har givet tilladelse til at videregive personlige oplysninger om mig, i forbindelse med information til de øvrige Partnere om BoardPartners aktiviteter og tilbud via BoardPartners lukkede netværk/intranet på Podio.com. Mit samtykke omfatter også den videregivelse af oplysninger, som BoardPartner foretager ved brug af eksterne leverandører af serverkapacitet for BoardPartners interne netværk, Podio.com.</w:t>
      </w:r>
    </w:p>
    <w:p w14:paraId="04A8C99D"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bookmarkStart w:id="3" w:name="_Ref509148734"/>
      <w:r w:rsidRPr="00E64464">
        <w:rPr>
          <w:rFonts w:ascii="Verdana" w:hAnsi="Verdana"/>
          <w:sz w:val="18"/>
          <w:lang w:val="da-DK"/>
        </w:rPr>
        <w:t xml:space="preserve">Endelig giver jeg - som Partner i BoardPartner - mit samtykke til, at BoardPartner i forbindelse med søgning efter relevante kandidater til bestyrelsesposter, </w:t>
      </w:r>
      <w:proofErr w:type="spellStart"/>
      <w:r w:rsidRPr="00E64464">
        <w:rPr>
          <w:rFonts w:ascii="Verdana" w:hAnsi="Verdana"/>
          <w:sz w:val="18"/>
          <w:lang w:val="da-DK"/>
        </w:rPr>
        <w:t>advisory</w:t>
      </w:r>
      <w:proofErr w:type="spellEnd"/>
      <w:r w:rsidRPr="00E64464">
        <w:rPr>
          <w:rFonts w:ascii="Verdana" w:hAnsi="Verdana"/>
          <w:sz w:val="18"/>
          <w:lang w:val="da-DK"/>
        </w:rPr>
        <w:t xml:space="preserve"> board poster, andre tillidsposter, eller til udførelse af rådgivningsopgaver, herunder ved tredjeparters henvendelse til BoardPartner om søgning efter relevante kandidater til sådanne tillidsposter eller opgaver, må behandle mine personoplysninger, samt udlevere disse til den virksomhed, som er ansvarlig for sådan søgning, til </w:t>
      </w:r>
      <w:r w:rsidRPr="00E64464">
        <w:rPr>
          <w:rFonts w:ascii="Verdana" w:hAnsi="Verdana"/>
          <w:sz w:val="18"/>
          <w:lang w:val="da-DK"/>
        </w:rPr>
        <w:lastRenderedPageBreak/>
        <w:t>brug for vurdering af, om jeg kan være en relevant kandidat til den omhandlede tillidspost eller opgave, og – om nødvendigt – til den virksomhed, som tillidsposten eller opgaven vedrører.</w:t>
      </w:r>
      <w:bookmarkEnd w:id="3"/>
    </w:p>
    <w:p w14:paraId="5A4B444E"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bookmarkStart w:id="4" w:name="_Ref509146831"/>
      <w:r w:rsidRPr="00E64464">
        <w:rPr>
          <w:rFonts w:ascii="Verdana" w:hAnsi="Verdana"/>
          <w:sz w:val="18"/>
          <w:lang w:val="da-DK"/>
        </w:rPr>
        <w:t xml:space="preserve">I det omfang jeg ikke er Partner i BoardPartner, men har et samarbejde med BoardPartner, herunder hvis jeg foretager præsentationer for eller udfører opgaver for BoardPartner, giver jeg mit samtykke til, at BoardPartner indsamler, behandler og opbevarer de af mine personoplysninger, som indhentes fra mig eller fra evt. tredjeparter, som jeg har givet tilladelse til at videregive personlige oplysninger om mig, i forbindelse med administration af mit samarbejde med BoardPartner, herunder bl.a. ved </w:t>
      </w:r>
      <w:r w:rsidR="00405107">
        <w:rPr>
          <w:rFonts w:ascii="Verdana" w:hAnsi="Verdana"/>
          <w:sz w:val="18"/>
          <w:lang w:val="da-DK"/>
        </w:rPr>
        <w:t>administration</w:t>
      </w:r>
      <w:r w:rsidRPr="00E64464">
        <w:rPr>
          <w:rFonts w:ascii="Verdana" w:hAnsi="Verdana"/>
          <w:sz w:val="18"/>
          <w:lang w:val="da-DK"/>
        </w:rPr>
        <w:t xml:space="preserve"> af eventuelle økonomiske mellemværender, videregivelse af information om mig til BoardPartners Partnere eller andre, hvad enten dette sker via BoardPartners hjemmeside og profil på sociale medier, </w:t>
      </w:r>
      <w:r w:rsidR="001C514B">
        <w:rPr>
          <w:rFonts w:ascii="Verdana" w:hAnsi="Verdana"/>
          <w:sz w:val="18"/>
          <w:lang w:val="da-DK"/>
        </w:rPr>
        <w:t>såsom</w:t>
      </w:r>
      <w:r w:rsidRPr="00E64464">
        <w:rPr>
          <w:rFonts w:ascii="Verdana" w:hAnsi="Verdana"/>
          <w:sz w:val="18"/>
          <w:lang w:val="da-DK"/>
        </w:rPr>
        <w:t xml:space="preserve"> LinkedIn, eller på anden måde. Mit samtykke omfatter også den videregivelse af oplysninger, som BoardPartner foretager ved brug af eksterne leverandører af </w:t>
      </w:r>
      <w:proofErr w:type="spellStart"/>
      <w:r w:rsidRPr="00E64464">
        <w:rPr>
          <w:rFonts w:ascii="Verdana" w:hAnsi="Verdana"/>
          <w:sz w:val="18"/>
          <w:lang w:val="da-DK"/>
        </w:rPr>
        <w:t>webhosting</w:t>
      </w:r>
      <w:proofErr w:type="spellEnd"/>
      <w:r w:rsidRPr="00E64464">
        <w:rPr>
          <w:rFonts w:ascii="Verdana" w:hAnsi="Verdana"/>
          <w:sz w:val="18"/>
          <w:lang w:val="da-DK"/>
        </w:rPr>
        <w:t xml:space="preserve"> services og lignende for BoardPartners hjemmeside, sociale profiler og intranet, og eventuelle Apps.</w:t>
      </w:r>
      <w:bookmarkEnd w:id="4"/>
    </w:p>
    <w:p w14:paraId="14884DFD" w14:textId="77777777" w:rsidR="00102E85" w:rsidRPr="0089669F" w:rsidRDefault="00102E85" w:rsidP="0089669F">
      <w:pPr>
        <w:pStyle w:val="ListParagraph"/>
        <w:numPr>
          <w:ilvl w:val="0"/>
          <w:numId w:val="21"/>
        </w:numPr>
        <w:spacing w:before="200"/>
        <w:contextualSpacing w:val="0"/>
        <w:rPr>
          <w:rFonts w:asciiTheme="majorHAnsi" w:eastAsiaTheme="majorEastAsia" w:hAnsiTheme="majorHAnsi" w:cstheme="majorBidi"/>
          <w:b/>
          <w:bCs/>
          <w:color w:val="4F81BD" w:themeColor="accent1"/>
          <w:lang w:val="da-DK"/>
        </w:rPr>
      </w:pPr>
      <w:r w:rsidRPr="0089669F">
        <w:rPr>
          <w:rFonts w:asciiTheme="majorHAnsi" w:eastAsiaTheme="majorEastAsia" w:hAnsiTheme="majorHAnsi" w:cstheme="majorBidi"/>
          <w:b/>
          <w:bCs/>
          <w:color w:val="4F81BD" w:themeColor="accent1"/>
          <w:lang w:val="da-DK"/>
        </w:rPr>
        <w:t>Sammenstilling af personoplysninger</w:t>
      </w:r>
    </w:p>
    <w:p w14:paraId="4C249ABB"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r w:rsidRPr="00E64464">
        <w:rPr>
          <w:rFonts w:ascii="Verdana" w:hAnsi="Verdana"/>
          <w:sz w:val="18"/>
          <w:lang w:val="da-DK"/>
        </w:rPr>
        <w:t>Jeg giver ligeledes samtykke til BoardPartners sammenstilling af personoplysninger indhentet fra forskellige kilder til brug for analyser m.v. af mit Partnerskab eller mit samarbejdsforhold med BoardPartner.</w:t>
      </w:r>
    </w:p>
    <w:p w14:paraId="3350DE23" w14:textId="77777777" w:rsidR="00102E85" w:rsidRPr="0089669F" w:rsidRDefault="00102E85" w:rsidP="0089669F">
      <w:pPr>
        <w:pStyle w:val="ListParagraph"/>
        <w:numPr>
          <w:ilvl w:val="0"/>
          <w:numId w:val="21"/>
        </w:numPr>
        <w:spacing w:before="200"/>
        <w:contextualSpacing w:val="0"/>
        <w:rPr>
          <w:rFonts w:asciiTheme="majorHAnsi" w:eastAsiaTheme="majorEastAsia" w:hAnsiTheme="majorHAnsi" w:cstheme="majorBidi"/>
          <w:b/>
          <w:bCs/>
          <w:color w:val="4F81BD" w:themeColor="accent1"/>
          <w:lang w:val="da-DK"/>
        </w:rPr>
      </w:pPr>
      <w:r w:rsidRPr="0089669F">
        <w:rPr>
          <w:rFonts w:asciiTheme="majorHAnsi" w:eastAsiaTheme="majorEastAsia" w:hAnsiTheme="majorHAnsi" w:cstheme="majorBidi"/>
          <w:b/>
          <w:bCs/>
          <w:color w:val="4F81BD" w:themeColor="accent1"/>
          <w:lang w:val="da-DK"/>
        </w:rPr>
        <w:t>Sociale medier, blogs, chatfora, nyhedsbreve og markedsføring</w:t>
      </w:r>
    </w:p>
    <w:p w14:paraId="4066B543"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r w:rsidRPr="00E64464">
        <w:rPr>
          <w:rFonts w:ascii="Verdana" w:hAnsi="Verdana"/>
          <w:sz w:val="18"/>
          <w:lang w:val="da-DK"/>
        </w:rPr>
        <w:t xml:space="preserve">Hvis jeg har tilmeldt mig BoardPartners nyhedsbrev, blogs, chatfora og/eller grupper på sociale medier, giver jeg samtidig samtykke til, at BoardPartner registrerer, behandler og opbevarer de oplysninger, som jeg i den forbindelse selv oplyser, herunder e-mailadresse, præferencer med hensyn til interesseområder, m.v., og at disse oplysninger anvendes til BoardPartners markedsføring overfor mig, herunder ved automatisk udsendelse af nyhedsbreve, artikler, rapporter, blogs, og/eller opslag på sociale medier. </w:t>
      </w:r>
    </w:p>
    <w:p w14:paraId="3F44AF4B" w14:textId="77777777" w:rsidR="00102E85" w:rsidRPr="0089669F" w:rsidRDefault="00102E85" w:rsidP="0089669F">
      <w:pPr>
        <w:pStyle w:val="ListParagraph"/>
        <w:numPr>
          <w:ilvl w:val="0"/>
          <w:numId w:val="21"/>
        </w:numPr>
        <w:spacing w:before="200"/>
        <w:contextualSpacing w:val="0"/>
        <w:rPr>
          <w:rFonts w:asciiTheme="majorHAnsi" w:eastAsiaTheme="majorEastAsia" w:hAnsiTheme="majorHAnsi" w:cstheme="majorBidi"/>
          <w:b/>
          <w:bCs/>
          <w:color w:val="4F81BD" w:themeColor="accent1"/>
          <w:lang w:val="da-DK"/>
        </w:rPr>
      </w:pPr>
      <w:r w:rsidRPr="0089669F">
        <w:rPr>
          <w:rFonts w:asciiTheme="majorHAnsi" w:eastAsiaTheme="majorEastAsia" w:hAnsiTheme="majorHAnsi" w:cstheme="majorBidi"/>
          <w:b/>
          <w:bCs/>
          <w:color w:val="4F81BD" w:themeColor="accent1"/>
          <w:lang w:val="da-DK"/>
        </w:rPr>
        <w:t>Samtykke og tilbagetrækning af samtykke</w:t>
      </w:r>
    </w:p>
    <w:p w14:paraId="4905B5EC" w14:textId="77777777" w:rsidR="00102E85" w:rsidRPr="00E64464" w:rsidRDefault="00102E85" w:rsidP="00451EF5">
      <w:pPr>
        <w:pStyle w:val="ListParagraph"/>
        <w:numPr>
          <w:ilvl w:val="1"/>
          <w:numId w:val="21"/>
        </w:numPr>
        <w:spacing w:before="240" w:after="240" w:line="260" w:lineRule="exact"/>
        <w:ind w:left="788" w:hanging="431"/>
        <w:contextualSpacing w:val="0"/>
        <w:jc w:val="both"/>
        <w:rPr>
          <w:rFonts w:ascii="Verdana" w:hAnsi="Verdana"/>
          <w:sz w:val="18"/>
          <w:lang w:val="da-DK"/>
        </w:rPr>
      </w:pPr>
      <w:r w:rsidRPr="00E64464">
        <w:rPr>
          <w:rFonts w:ascii="Verdana" w:hAnsi="Verdana"/>
          <w:sz w:val="18"/>
          <w:lang w:val="da-DK"/>
        </w:rPr>
        <w:t>Nærværende samtykke er frivilligt og kan af mig til enhver tid trækkes tilbage, dog således, at BoardPartner, så</w:t>
      </w:r>
      <w:r>
        <w:rPr>
          <w:rFonts w:ascii="Verdana" w:hAnsi="Verdana"/>
          <w:sz w:val="18"/>
          <w:lang w:val="da-DK"/>
        </w:rPr>
        <w:t xml:space="preserve"> </w:t>
      </w:r>
      <w:r w:rsidRPr="00E64464">
        <w:rPr>
          <w:rFonts w:ascii="Verdana" w:hAnsi="Verdana"/>
          <w:sz w:val="18"/>
          <w:lang w:val="da-DK"/>
        </w:rPr>
        <w:t xml:space="preserve">længe jeg </w:t>
      </w:r>
      <w:r w:rsidR="00746D06">
        <w:rPr>
          <w:rFonts w:ascii="Verdana" w:hAnsi="Verdana"/>
          <w:sz w:val="18"/>
          <w:lang w:val="da-DK"/>
        </w:rPr>
        <w:t xml:space="preserve">er </w:t>
      </w:r>
      <w:r w:rsidRPr="00E64464">
        <w:rPr>
          <w:rFonts w:ascii="Verdana" w:hAnsi="Verdana"/>
          <w:sz w:val="18"/>
          <w:lang w:val="da-DK"/>
        </w:rPr>
        <w:t xml:space="preserve">Partner eller har et samarbejdsforhold med BoardPartner, er berettiget til fortsat at indsamle, behandle </w:t>
      </w:r>
      <w:r w:rsidR="00746D06">
        <w:rPr>
          <w:rFonts w:ascii="Verdana" w:hAnsi="Verdana"/>
          <w:sz w:val="18"/>
          <w:lang w:val="da-DK"/>
        </w:rPr>
        <w:t xml:space="preserve">og </w:t>
      </w:r>
      <w:r w:rsidRPr="00E64464">
        <w:rPr>
          <w:rFonts w:ascii="Verdana" w:hAnsi="Verdana"/>
          <w:sz w:val="18"/>
          <w:lang w:val="da-DK"/>
        </w:rPr>
        <w:t xml:space="preserve">opbevare sådanne oplysninger om mig, som er nødvendige for mit Partnerskab i eller samarbejde med BoardPartner. </w:t>
      </w:r>
    </w:p>
    <w:p w14:paraId="7B210B3A" w14:textId="77777777" w:rsidR="00E90518" w:rsidRDefault="00E90518" w:rsidP="00451EF5">
      <w:pPr>
        <w:rPr>
          <w:rFonts w:ascii="Verdana" w:hAnsi="Verdana"/>
          <w:sz w:val="17"/>
          <w:szCs w:val="17"/>
          <w:lang w:val="da-DK"/>
        </w:rPr>
      </w:pPr>
    </w:p>
    <w:p w14:paraId="3DB8B0DF" w14:textId="77777777" w:rsidR="00102E85" w:rsidRPr="00E64464" w:rsidRDefault="00102E85" w:rsidP="00451EF5">
      <w:pPr>
        <w:rPr>
          <w:rFonts w:ascii="Verdana" w:hAnsi="Verdana"/>
          <w:sz w:val="17"/>
          <w:szCs w:val="17"/>
          <w:lang w:val="da-DK"/>
        </w:rPr>
      </w:pPr>
      <w:r w:rsidRPr="00E64464">
        <w:rPr>
          <w:rFonts w:ascii="Verdana" w:hAnsi="Verdana"/>
          <w:sz w:val="17"/>
          <w:szCs w:val="17"/>
          <w:lang w:val="da-DK"/>
        </w:rPr>
        <w:t xml:space="preserve">                               , den                  20</w:t>
      </w:r>
      <w:r>
        <w:rPr>
          <w:rFonts w:ascii="Verdana" w:hAnsi="Verdana"/>
          <w:sz w:val="17"/>
          <w:szCs w:val="17"/>
          <w:lang w:val="da-DK"/>
        </w:rPr>
        <w:t>xx</w:t>
      </w:r>
      <w:r w:rsidRPr="00E64464">
        <w:rPr>
          <w:rFonts w:ascii="Verdana" w:hAnsi="Verdana"/>
          <w:sz w:val="17"/>
          <w:szCs w:val="17"/>
          <w:lang w:val="da-DK"/>
        </w:rPr>
        <w:t xml:space="preserve">  </w:t>
      </w:r>
    </w:p>
    <w:p w14:paraId="71663E24" w14:textId="77777777" w:rsidR="00102E85" w:rsidRPr="00E64464" w:rsidRDefault="00102E85" w:rsidP="00102E85">
      <w:pPr>
        <w:jc w:val="center"/>
        <w:rPr>
          <w:rFonts w:ascii="Verdana" w:hAnsi="Verdana"/>
          <w:sz w:val="17"/>
          <w:szCs w:val="17"/>
          <w:lang w:val="da-DK"/>
        </w:rPr>
      </w:pPr>
    </w:p>
    <w:p w14:paraId="7A6AD0D4" w14:textId="77777777" w:rsidR="00102E85" w:rsidRPr="00E64464" w:rsidRDefault="00102E85" w:rsidP="00102E85">
      <w:pPr>
        <w:rPr>
          <w:rFonts w:ascii="Verdana" w:hAnsi="Verdana"/>
          <w:sz w:val="17"/>
          <w:szCs w:val="17"/>
          <w:lang w:val="da-DK"/>
        </w:rPr>
      </w:pPr>
      <w:r>
        <w:rPr>
          <w:rFonts w:ascii="Verdana" w:hAnsi="Verdana"/>
          <w:sz w:val="17"/>
          <w:szCs w:val="17"/>
          <w:lang w:val="da-DK"/>
        </w:rPr>
        <w:t xml:space="preserve">Navn: </w:t>
      </w:r>
      <w:r w:rsidRPr="00E64464">
        <w:rPr>
          <w:rFonts w:ascii="Verdana" w:hAnsi="Verdana"/>
          <w:sz w:val="17"/>
          <w:szCs w:val="17"/>
          <w:lang w:val="da-DK"/>
        </w:rPr>
        <w:t>________________________________</w:t>
      </w:r>
      <w:r>
        <w:rPr>
          <w:rFonts w:ascii="Verdana" w:hAnsi="Verdana"/>
          <w:sz w:val="17"/>
          <w:szCs w:val="17"/>
          <w:lang w:val="da-DK"/>
        </w:rPr>
        <w:t xml:space="preserve">    Underskrift: </w:t>
      </w:r>
      <w:r w:rsidRPr="00E64464">
        <w:rPr>
          <w:rFonts w:ascii="Verdana" w:hAnsi="Verdana"/>
          <w:sz w:val="17"/>
          <w:szCs w:val="17"/>
          <w:lang w:val="da-DK"/>
        </w:rPr>
        <w:t>________________________________</w:t>
      </w:r>
    </w:p>
    <w:p w14:paraId="6EDA48A1" w14:textId="77777777" w:rsidR="00102E85" w:rsidRPr="00E64464" w:rsidRDefault="00102E85" w:rsidP="00102E85">
      <w:pPr>
        <w:pStyle w:val="NormalWeb"/>
        <w:spacing w:line="264" w:lineRule="auto"/>
        <w:rPr>
          <w:rFonts w:ascii="Verdana" w:hAnsi="Verdana" w:cs="Arial"/>
          <w:sz w:val="16"/>
          <w:szCs w:val="18"/>
        </w:rPr>
      </w:pPr>
    </w:p>
    <w:p w14:paraId="47212CD1" w14:textId="77777777" w:rsidR="00451EF5" w:rsidRDefault="00451EF5">
      <w:pPr>
        <w:rPr>
          <w:szCs w:val="20"/>
          <w:lang w:val="da-DK"/>
        </w:rPr>
      </w:pPr>
      <w:r>
        <w:rPr>
          <w:szCs w:val="20"/>
          <w:lang w:val="da-DK"/>
        </w:rPr>
        <w:br w:type="page"/>
      </w:r>
    </w:p>
    <w:p w14:paraId="5EC13028" w14:textId="77777777" w:rsidR="00102E85" w:rsidRDefault="00102E85" w:rsidP="00102E85">
      <w:pPr>
        <w:rPr>
          <w:szCs w:val="20"/>
          <w:lang w:val="da-DK"/>
        </w:rPr>
      </w:pPr>
    </w:p>
    <w:p w14:paraId="34614D64" w14:textId="77777777" w:rsidR="00102E85" w:rsidRPr="0089669F" w:rsidRDefault="00102E85" w:rsidP="00102E85">
      <w:pPr>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 xml:space="preserve">ERKLÆRING OM </w:t>
      </w:r>
    </w:p>
    <w:p w14:paraId="13E2CD86" w14:textId="77777777" w:rsidR="00102E85" w:rsidRPr="0089669F" w:rsidRDefault="00102E85" w:rsidP="00102E85">
      <w:pPr>
        <w:jc w:val="center"/>
        <w:rPr>
          <w:rFonts w:asciiTheme="majorHAnsi" w:eastAsiaTheme="majorEastAsia" w:hAnsiTheme="majorHAnsi" w:cstheme="majorBidi"/>
          <w:b/>
          <w:bCs/>
          <w:color w:val="4F81BD" w:themeColor="accent1"/>
          <w:sz w:val="26"/>
          <w:szCs w:val="26"/>
          <w:lang w:val="da-DK"/>
        </w:rPr>
      </w:pPr>
      <w:r w:rsidRPr="0089669F">
        <w:rPr>
          <w:rFonts w:asciiTheme="majorHAnsi" w:eastAsiaTheme="majorEastAsia" w:hAnsiTheme="majorHAnsi" w:cstheme="majorBidi"/>
          <w:b/>
          <w:bCs/>
          <w:color w:val="4F81BD" w:themeColor="accent1"/>
          <w:sz w:val="26"/>
          <w:szCs w:val="26"/>
          <w:lang w:val="da-DK"/>
        </w:rPr>
        <w:t>ANSVAR FOR RÅDGIVNINGSFEJL</w:t>
      </w:r>
    </w:p>
    <w:p w14:paraId="7EF33922" w14:textId="77777777" w:rsidR="00102E85" w:rsidRDefault="00102E85" w:rsidP="00451EF5">
      <w:pPr>
        <w:jc w:val="both"/>
        <w:rPr>
          <w:rFonts w:ascii="Verdana" w:hAnsi="Verdana"/>
          <w:sz w:val="18"/>
          <w:lang w:val="da-DK"/>
        </w:rPr>
      </w:pPr>
      <w:r w:rsidRPr="009309C4">
        <w:rPr>
          <w:rFonts w:ascii="Verdana" w:hAnsi="Verdana"/>
          <w:sz w:val="18"/>
          <w:lang w:val="da-DK"/>
        </w:rPr>
        <w:tab/>
      </w:r>
      <w:r>
        <w:rPr>
          <w:rFonts w:ascii="Verdana" w:hAnsi="Verdana"/>
          <w:sz w:val="18"/>
          <w:lang w:val="da-DK"/>
        </w:rPr>
        <w:t>Jeg er bekendt med</w:t>
      </w:r>
      <w:r w:rsidRPr="009309C4">
        <w:rPr>
          <w:rFonts w:ascii="Verdana" w:hAnsi="Verdana"/>
          <w:sz w:val="18"/>
          <w:lang w:val="da-DK"/>
        </w:rPr>
        <w:t>, at BoardPartner F.M.B.A. (herefter refereret til som ”</w:t>
      </w:r>
      <w:r w:rsidRPr="00E871E8">
        <w:rPr>
          <w:rFonts w:ascii="Verdana" w:hAnsi="Verdana"/>
          <w:sz w:val="18"/>
          <w:lang w:val="da-DK"/>
        </w:rPr>
        <w:t xml:space="preserve"> </w:t>
      </w:r>
      <w:r w:rsidRPr="009309C4">
        <w:rPr>
          <w:rFonts w:ascii="Verdana" w:hAnsi="Verdana"/>
          <w:sz w:val="18"/>
          <w:lang w:val="da-DK"/>
        </w:rPr>
        <w:t xml:space="preserve">BoardPartner”) som led i udøvelse af dets aktivitet </w:t>
      </w:r>
      <w:r>
        <w:rPr>
          <w:rFonts w:ascii="Verdana" w:hAnsi="Verdana"/>
          <w:sz w:val="18"/>
          <w:lang w:val="da-DK"/>
        </w:rPr>
        <w:t xml:space="preserve">tilbyder visse service- og rådgivningsopgaver til virksomheder mod vederlag, herunder bl.a. udarbejdelse af profiler for bestyrelseskandidater og af hele bestyrelser, søgning efter bestyrelseskandidater, bestyrelsesevalueringer, </w:t>
      </w:r>
      <w:proofErr w:type="spellStart"/>
      <w:r w:rsidR="001C514B">
        <w:rPr>
          <w:rFonts w:ascii="Verdana" w:hAnsi="Verdana"/>
          <w:sz w:val="18"/>
          <w:lang w:val="da-DK"/>
        </w:rPr>
        <w:t>pre</w:t>
      </w:r>
      <w:proofErr w:type="spellEnd"/>
      <w:r w:rsidR="001C514B">
        <w:rPr>
          <w:rFonts w:ascii="Verdana" w:hAnsi="Verdana"/>
          <w:sz w:val="18"/>
          <w:lang w:val="da-DK"/>
        </w:rPr>
        <w:t>-boarding-forløb</w:t>
      </w:r>
      <w:r>
        <w:rPr>
          <w:rFonts w:ascii="Verdana" w:hAnsi="Verdana"/>
          <w:sz w:val="18"/>
          <w:lang w:val="da-DK"/>
        </w:rPr>
        <w:t xml:space="preserve">, </w:t>
      </w:r>
      <w:proofErr w:type="spellStart"/>
      <w:r>
        <w:rPr>
          <w:rFonts w:ascii="Verdana" w:hAnsi="Verdana"/>
          <w:sz w:val="18"/>
          <w:lang w:val="da-DK"/>
        </w:rPr>
        <w:t>entry</w:t>
      </w:r>
      <w:proofErr w:type="spellEnd"/>
      <w:r>
        <w:rPr>
          <w:rFonts w:ascii="Verdana" w:hAnsi="Verdana"/>
          <w:sz w:val="18"/>
          <w:lang w:val="da-DK"/>
        </w:rPr>
        <w:t>-board</w:t>
      </w:r>
      <w:r w:rsidR="004E2893">
        <w:rPr>
          <w:rFonts w:ascii="Verdana" w:hAnsi="Verdana"/>
          <w:sz w:val="18"/>
          <w:lang w:val="da-DK"/>
        </w:rPr>
        <w:t>-</w:t>
      </w:r>
      <w:r>
        <w:rPr>
          <w:rFonts w:ascii="Verdana" w:hAnsi="Verdana"/>
          <w:sz w:val="18"/>
          <w:lang w:val="da-DK"/>
        </w:rPr>
        <w:t>forløb, og bestyrelses</w:t>
      </w:r>
      <w:r w:rsidR="004E2893">
        <w:rPr>
          <w:rFonts w:ascii="Verdana" w:hAnsi="Verdana"/>
          <w:sz w:val="18"/>
          <w:lang w:val="da-DK"/>
        </w:rPr>
        <w:t>-</w:t>
      </w:r>
      <w:r>
        <w:rPr>
          <w:rFonts w:ascii="Verdana" w:hAnsi="Verdana"/>
          <w:sz w:val="18"/>
          <w:lang w:val="da-DK"/>
        </w:rPr>
        <w:t>værksted.</w:t>
      </w:r>
    </w:p>
    <w:p w14:paraId="53E3DB0A" w14:textId="77777777" w:rsidR="00102E85" w:rsidRDefault="00102E85" w:rsidP="00451EF5">
      <w:pPr>
        <w:jc w:val="both"/>
        <w:rPr>
          <w:rFonts w:ascii="Verdana" w:hAnsi="Verdana"/>
          <w:sz w:val="18"/>
          <w:lang w:val="da-DK"/>
        </w:rPr>
      </w:pPr>
      <w:r>
        <w:rPr>
          <w:rFonts w:ascii="Verdana" w:hAnsi="Verdana"/>
          <w:sz w:val="18"/>
          <w:lang w:val="da-DK"/>
        </w:rPr>
        <w:t>Jeg er ligeledes bekendt med</w:t>
      </w:r>
      <w:r w:rsidRPr="009309C4">
        <w:rPr>
          <w:rFonts w:ascii="Verdana" w:hAnsi="Verdana"/>
          <w:sz w:val="18"/>
          <w:lang w:val="da-DK"/>
        </w:rPr>
        <w:t>, at BoardPartner</w:t>
      </w:r>
      <w:r>
        <w:rPr>
          <w:rFonts w:ascii="Verdana" w:hAnsi="Verdana"/>
          <w:sz w:val="18"/>
          <w:lang w:val="da-DK"/>
        </w:rPr>
        <w:t xml:space="preserve"> ved indgåelse af aftale med virksomheder eller virksomhedsejere (Kunden) om levering af sådanne service- og rådgivningsopgaver, lader opgaven udføre af en eller flere af BoardPartners partnere mod at disse modtager hovedparten af det med Kunden aftalte vederlag.</w:t>
      </w:r>
    </w:p>
    <w:p w14:paraId="6756FB0D" w14:textId="77777777" w:rsidR="00102E85" w:rsidRDefault="00102E85" w:rsidP="00451EF5">
      <w:pPr>
        <w:jc w:val="both"/>
        <w:rPr>
          <w:rFonts w:ascii="Verdana" w:hAnsi="Verdana"/>
          <w:sz w:val="18"/>
          <w:lang w:val="da-DK"/>
        </w:rPr>
      </w:pPr>
      <w:r>
        <w:rPr>
          <w:rFonts w:ascii="Verdana" w:hAnsi="Verdana"/>
          <w:sz w:val="18"/>
          <w:lang w:val="da-DK"/>
        </w:rPr>
        <w:t xml:space="preserve">Jeg bekræfter hermed, </w:t>
      </w:r>
    </w:p>
    <w:p w14:paraId="0EEA1B8F" w14:textId="77777777" w:rsidR="00102E85" w:rsidRDefault="00102E85" w:rsidP="00451EF5">
      <w:pPr>
        <w:pStyle w:val="ListParagraph"/>
        <w:numPr>
          <w:ilvl w:val="0"/>
          <w:numId w:val="22"/>
        </w:numPr>
        <w:jc w:val="both"/>
        <w:rPr>
          <w:rFonts w:ascii="Verdana" w:hAnsi="Verdana"/>
          <w:sz w:val="18"/>
          <w:lang w:val="da-DK"/>
        </w:rPr>
      </w:pPr>
      <w:r w:rsidRPr="001E5783">
        <w:rPr>
          <w:rFonts w:ascii="Verdana" w:hAnsi="Verdana"/>
          <w:sz w:val="18"/>
          <w:lang w:val="da-DK"/>
        </w:rPr>
        <w:t xml:space="preserve">at </w:t>
      </w:r>
      <w:r>
        <w:rPr>
          <w:rFonts w:ascii="Verdana" w:hAnsi="Verdana"/>
          <w:sz w:val="18"/>
          <w:lang w:val="da-DK"/>
        </w:rPr>
        <w:t xml:space="preserve">hvis jeg efter aftale med BoardPartner udfører sådanne service- og rådgivningsopgaver for en Kunde, som har indgået aftale med BoardPartner, skal de mellem BoardPartner og Kunden aftalte aftalevilkår tillige gælde for forholdet mellem mig og BoardPartner, uanset om jeg har tiltrådt aftalen med Kunden eller ej, dog således </w:t>
      </w:r>
    </w:p>
    <w:p w14:paraId="462FFDC3" w14:textId="77777777" w:rsidR="00102E85" w:rsidRDefault="00102E85" w:rsidP="00451EF5">
      <w:pPr>
        <w:pStyle w:val="ListParagraph"/>
        <w:jc w:val="both"/>
        <w:rPr>
          <w:rFonts w:ascii="Verdana" w:hAnsi="Verdana"/>
          <w:sz w:val="18"/>
          <w:lang w:val="da-DK"/>
        </w:rPr>
      </w:pPr>
    </w:p>
    <w:p w14:paraId="3A270040" w14:textId="77777777" w:rsidR="00102E85" w:rsidRDefault="00102E85" w:rsidP="00451EF5">
      <w:pPr>
        <w:pStyle w:val="ListParagraph"/>
        <w:numPr>
          <w:ilvl w:val="1"/>
          <w:numId w:val="22"/>
        </w:numPr>
        <w:jc w:val="both"/>
        <w:rPr>
          <w:rFonts w:ascii="Verdana" w:hAnsi="Verdana"/>
          <w:sz w:val="18"/>
          <w:lang w:val="da-DK"/>
        </w:rPr>
      </w:pPr>
      <w:r>
        <w:rPr>
          <w:rFonts w:ascii="Verdana" w:hAnsi="Verdana"/>
          <w:sz w:val="18"/>
          <w:lang w:val="da-DK"/>
        </w:rPr>
        <w:t>at BoardPartner beholder en aftalt andel af det med Kunden aftalte vederlag; og</w:t>
      </w:r>
    </w:p>
    <w:p w14:paraId="05416BFF" w14:textId="77777777" w:rsidR="00102E85" w:rsidRDefault="00102E85" w:rsidP="00451EF5">
      <w:pPr>
        <w:pStyle w:val="ListParagraph"/>
        <w:ind w:left="1440"/>
        <w:jc w:val="both"/>
        <w:rPr>
          <w:rFonts w:ascii="Verdana" w:hAnsi="Verdana"/>
          <w:sz w:val="18"/>
          <w:lang w:val="da-DK"/>
        </w:rPr>
      </w:pPr>
      <w:r>
        <w:rPr>
          <w:rFonts w:ascii="Verdana" w:hAnsi="Verdana"/>
          <w:sz w:val="18"/>
          <w:lang w:val="da-DK"/>
        </w:rPr>
        <w:t xml:space="preserve"> </w:t>
      </w:r>
    </w:p>
    <w:p w14:paraId="39D8D9D2" w14:textId="77777777" w:rsidR="00102E85" w:rsidRDefault="00102E85" w:rsidP="00451EF5">
      <w:pPr>
        <w:pStyle w:val="ListParagraph"/>
        <w:numPr>
          <w:ilvl w:val="1"/>
          <w:numId w:val="22"/>
        </w:numPr>
        <w:jc w:val="both"/>
        <w:rPr>
          <w:rFonts w:ascii="Verdana" w:hAnsi="Verdana"/>
          <w:sz w:val="18"/>
          <w:lang w:val="da-DK"/>
        </w:rPr>
      </w:pPr>
      <w:r>
        <w:rPr>
          <w:rFonts w:ascii="Verdana" w:hAnsi="Verdana"/>
          <w:sz w:val="18"/>
          <w:lang w:val="da-DK"/>
        </w:rPr>
        <w:t>at min andel af det af Kunden betalte vederlag først betales til mig når BoardPartner har modtaget betaling fra Kunden; og</w:t>
      </w:r>
    </w:p>
    <w:p w14:paraId="4F29325E" w14:textId="77777777" w:rsidR="00102E85" w:rsidRDefault="00102E85" w:rsidP="00451EF5">
      <w:pPr>
        <w:pStyle w:val="ListParagraph"/>
        <w:jc w:val="both"/>
        <w:rPr>
          <w:rFonts w:ascii="Verdana" w:hAnsi="Verdana"/>
          <w:sz w:val="18"/>
          <w:lang w:val="da-DK"/>
        </w:rPr>
      </w:pPr>
    </w:p>
    <w:p w14:paraId="7A7E1B42" w14:textId="77777777" w:rsidR="00102E85" w:rsidRDefault="00102E85" w:rsidP="00451EF5">
      <w:pPr>
        <w:pStyle w:val="ListParagraph"/>
        <w:numPr>
          <w:ilvl w:val="0"/>
          <w:numId w:val="22"/>
        </w:numPr>
        <w:jc w:val="both"/>
        <w:rPr>
          <w:rFonts w:ascii="Verdana" w:hAnsi="Verdana"/>
          <w:sz w:val="18"/>
          <w:lang w:val="da-DK"/>
        </w:rPr>
      </w:pPr>
      <w:r>
        <w:rPr>
          <w:rFonts w:ascii="Verdana" w:hAnsi="Verdana"/>
          <w:sz w:val="18"/>
          <w:lang w:val="da-DK"/>
        </w:rPr>
        <w:t>at hvis der af en Kunde eller en anden tredjepart rejses krav mod BoardPartner, BoardPartners bestyrelse og/eller mig om betaling af erstatning, forholdsmæssigt afslag eller anden godtgørelse for ansvarspådragende fejl ved udførelsen af den service- eller rådgivningsopgave, som er aftalt med Kunden, hæfter jeg, uanset bestemmelsen i vedtægternes pkt. 4.9, overfor Kunden personligt og solidarisk med BoardPartner og/eller BoardPartners bestyrelse for sådanne krav i det omfang en af BoardPartner tegnet rådgivningsansvarsforsikring ikke dækker sådanne krav, mens jeg i det interne forhold mellem mig og BoardPartner/BoardPartners bestyrelse alene hæfter for den andel af Kundens tab, som kan tilskrives ansvarspådragende handlinger eller undladelser fra mig side; og</w:t>
      </w:r>
    </w:p>
    <w:p w14:paraId="52E8AE62" w14:textId="77777777" w:rsidR="00102E85" w:rsidRDefault="00102E85" w:rsidP="00451EF5">
      <w:pPr>
        <w:pStyle w:val="ListParagraph"/>
        <w:jc w:val="both"/>
        <w:rPr>
          <w:rFonts w:ascii="Verdana" w:hAnsi="Verdana"/>
          <w:sz w:val="18"/>
          <w:lang w:val="da-DK"/>
        </w:rPr>
      </w:pPr>
    </w:p>
    <w:p w14:paraId="4376C5BC" w14:textId="77777777" w:rsidR="00102E85" w:rsidRDefault="00102E85" w:rsidP="00451EF5">
      <w:pPr>
        <w:pStyle w:val="ListParagraph"/>
        <w:numPr>
          <w:ilvl w:val="0"/>
          <w:numId w:val="22"/>
        </w:numPr>
        <w:jc w:val="both"/>
        <w:rPr>
          <w:rFonts w:ascii="Verdana" w:hAnsi="Verdana"/>
          <w:sz w:val="18"/>
          <w:lang w:val="da-DK"/>
        </w:rPr>
      </w:pPr>
      <w:r>
        <w:rPr>
          <w:rFonts w:ascii="Verdana" w:hAnsi="Verdana"/>
          <w:sz w:val="18"/>
          <w:lang w:val="da-DK"/>
        </w:rPr>
        <w:t xml:space="preserve">at det påhviler mig selv at sørge for tegning af </w:t>
      </w:r>
      <w:proofErr w:type="gramStart"/>
      <w:r>
        <w:rPr>
          <w:rFonts w:ascii="Verdana" w:hAnsi="Verdana"/>
          <w:sz w:val="18"/>
          <w:lang w:val="da-DK"/>
        </w:rPr>
        <w:t>fornødne</w:t>
      </w:r>
      <w:proofErr w:type="gramEnd"/>
      <w:r>
        <w:rPr>
          <w:rFonts w:ascii="Verdana" w:hAnsi="Verdana"/>
          <w:sz w:val="18"/>
          <w:lang w:val="da-DK"/>
        </w:rPr>
        <w:t xml:space="preserve"> ansvarsforsikringer for mine bestyrelseshver og service- og rådgivningsopgaver i øvrigt.</w:t>
      </w:r>
    </w:p>
    <w:p w14:paraId="3E8C98DC" w14:textId="77777777" w:rsidR="00102E85" w:rsidRDefault="00102E85" w:rsidP="00102E85">
      <w:pPr>
        <w:spacing w:before="240" w:after="240" w:line="260" w:lineRule="exact"/>
        <w:rPr>
          <w:rFonts w:ascii="Verdana" w:hAnsi="Verdana"/>
          <w:sz w:val="18"/>
          <w:lang w:val="da-DK"/>
        </w:rPr>
      </w:pPr>
    </w:p>
    <w:p w14:paraId="32D1086A" w14:textId="77777777" w:rsidR="00102E85" w:rsidRPr="009E39CC" w:rsidRDefault="00102E85" w:rsidP="00451EF5">
      <w:pPr>
        <w:rPr>
          <w:rFonts w:ascii="Verdana" w:hAnsi="Verdana"/>
          <w:sz w:val="17"/>
          <w:szCs w:val="17"/>
          <w:lang w:val="da-DK"/>
        </w:rPr>
      </w:pPr>
      <w:r>
        <w:rPr>
          <w:rFonts w:ascii="Verdana" w:hAnsi="Verdana"/>
          <w:sz w:val="17"/>
          <w:szCs w:val="17"/>
          <w:lang w:val="da-DK"/>
        </w:rPr>
        <w:t xml:space="preserve">                               </w:t>
      </w:r>
      <w:r w:rsidRPr="009E39CC">
        <w:rPr>
          <w:rFonts w:ascii="Verdana" w:hAnsi="Verdana"/>
          <w:sz w:val="17"/>
          <w:szCs w:val="17"/>
          <w:lang w:val="da-DK"/>
        </w:rPr>
        <w:t xml:space="preserve">, den </w:t>
      </w:r>
      <w:r>
        <w:rPr>
          <w:rFonts w:ascii="Verdana" w:hAnsi="Verdana"/>
          <w:sz w:val="17"/>
          <w:szCs w:val="17"/>
          <w:lang w:val="da-DK"/>
        </w:rPr>
        <w:t xml:space="preserve">                </w:t>
      </w:r>
      <w:r w:rsidRPr="009E39CC">
        <w:rPr>
          <w:rFonts w:ascii="Verdana" w:hAnsi="Verdana"/>
          <w:sz w:val="17"/>
          <w:szCs w:val="17"/>
          <w:lang w:val="da-DK"/>
        </w:rPr>
        <w:t xml:space="preserve"> </w:t>
      </w:r>
      <w:r>
        <w:rPr>
          <w:rFonts w:ascii="Verdana" w:hAnsi="Verdana"/>
          <w:sz w:val="17"/>
          <w:szCs w:val="17"/>
          <w:lang w:val="da-DK"/>
        </w:rPr>
        <w:t xml:space="preserve">20xx  </w:t>
      </w:r>
    </w:p>
    <w:p w14:paraId="183C91D8" w14:textId="77777777" w:rsidR="00102E85" w:rsidRDefault="00102E85" w:rsidP="00102E85">
      <w:pPr>
        <w:jc w:val="center"/>
        <w:rPr>
          <w:rFonts w:ascii="Verdana" w:hAnsi="Verdana"/>
          <w:sz w:val="17"/>
          <w:szCs w:val="17"/>
          <w:lang w:val="da-DK"/>
        </w:rPr>
      </w:pPr>
    </w:p>
    <w:p w14:paraId="66B3BBF2" w14:textId="77777777" w:rsidR="002373A5" w:rsidRDefault="00102E85" w:rsidP="00451EF5">
      <w:pPr>
        <w:rPr>
          <w:rFonts w:ascii="Verdana" w:hAnsi="Verdana"/>
          <w:sz w:val="17"/>
          <w:szCs w:val="17"/>
          <w:lang w:val="da-DK"/>
        </w:rPr>
      </w:pPr>
      <w:r>
        <w:rPr>
          <w:rFonts w:ascii="Verdana" w:hAnsi="Verdana"/>
          <w:sz w:val="17"/>
          <w:szCs w:val="17"/>
          <w:lang w:val="da-DK"/>
        </w:rPr>
        <w:t xml:space="preserve">Navn: </w:t>
      </w:r>
      <w:r w:rsidRPr="00E64464">
        <w:rPr>
          <w:rFonts w:ascii="Verdana" w:hAnsi="Verdana"/>
          <w:sz w:val="17"/>
          <w:szCs w:val="17"/>
          <w:lang w:val="da-DK"/>
        </w:rPr>
        <w:t>________________________________</w:t>
      </w:r>
      <w:r>
        <w:rPr>
          <w:rFonts w:ascii="Verdana" w:hAnsi="Verdana"/>
          <w:sz w:val="17"/>
          <w:szCs w:val="17"/>
          <w:lang w:val="da-DK"/>
        </w:rPr>
        <w:t xml:space="preserve">    Underskrift: </w:t>
      </w:r>
      <w:r w:rsidRPr="00E64464">
        <w:rPr>
          <w:rFonts w:ascii="Verdana" w:hAnsi="Verdana"/>
          <w:sz w:val="17"/>
          <w:szCs w:val="17"/>
          <w:lang w:val="da-DK"/>
        </w:rPr>
        <w:t>_________________________</w:t>
      </w:r>
    </w:p>
    <w:p w14:paraId="183E20C3" w14:textId="77777777" w:rsidR="002373A5" w:rsidRDefault="002373A5">
      <w:pPr>
        <w:rPr>
          <w:rFonts w:ascii="Verdana" w:hAnsi="Verdana"/>
          <w:sz w:val="17"/>
          <w:szCs w:val="17"/>
          <w:lang w:val="da-DK"/>
        </w:rPr>
      </w:pPr>
    </w:p>
    <w:sectPr w:rsidR="002373A5" w:rsidSect="00E90518">
      <w:headerReference w:type="default" r:id="rId12"/>
      <w:footerReference w:type="default" r:id="rId13"/>
      <w:type w:val="continuous"/>
      <w:pgSz w:w="12240" w:h="15840"/>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7DBE1" w14:textId="77777777" w:rsidR="006649B6" w:rsidRDefault="006649B6">
      <w:pPr>
        <w:spacing w:after="0" w:line="240" w:lineRule="auto"/>
      </w:pPr>
      <w:r>
        <w:separator/>
      </w:r>
    </w:p>
  </w:endnote>
  <w:endnote w:type="continuationSeparator" w:id="0">
    <w:p w14:paraId="2DDFD77F" w14:textId="77777777" w:rsidR="006649B6" w:rsidRDefault="006649B6">
      <w:pPr>
        <w:spacing w:after="0" w:line="240" w:lineRule="auto"/>
      </w:pPr>
      <w:r>
        <w:continuationSeparator/>
      </w:r>
    </w:p>
  </w:endnote>
  <w:endnote w:type="continuationNotice" w:id="1">
    <w:p w14:paraId="5DD654F4" w14:textId="77777777" w:rsidR="006649B6" w:rsidRDefault="006649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517A" w14:textId="77777777" w:rsidR="005A11A0" w:rsidRDefault="005A11A0" w:rsidP="005A11A0">
    <w:pPr>
      <w:pStyle w:val="Footer"/>
      <w:pBdr>
        <w:bottom w:val="single" w:sz="6" w:space="1" w:color="auto"/>
      </w:pBdr>
      <w:rPr>
        <w:lang w:val="da-DK"/>
      </w:rPr>
    </w:pPr>
  </w:p>
  <w:p w14:paraId="63D89C45" w14:textId="77777777" w:rsidR="005A11A0" w:rsidRPr="002E0F26" w:rsidRDefault="005A11A0" w:rsidP="005A11A0">
    <w:pPr>
      <w:pStyle w:val="Footer"/>
      <w:jc w:val="center"/>
      <w:rPr>
        <w:rFonts w:ascii="Verdana" w:hAnsi="Verdana"/>
        <w:sz w:val="18"/>
        <w:szCs w:val="18"/>
        <w:lang w:val="da-DK"/>
      </w:rPr>
    </w:pPr>
    <w:r w:rsidRPr="002E0F26">
      <w:rPr>
        <w:rFonts w:ascii="Verdana" w:hAnsi="Verdana"/>
        <w:sz w:val="18"/>
        <w:szCs w:val="18"/>
        <w:lang w:val="da-DK"/>
      </w:rPr>
      <w:t>Anmodning om partnerskab © BoardPartner F.M.B.A.</w:t>
    </w:r>
  </w:p>
  <w:sdt>
    <w:sdtPr>
      <w:rPr>
        <w:rFonts w:ascii="Verdana" w:hAnsi="Verdana"/>
        <w:sz w:val="18"/>
        <w:szCs w:val="18"/>
      </w:rPr>
      <w:id w:val="537866893"/>
      <w:docPartObj>
        <w:docPartGallery w:val="Page Numbers (Top of Page)"/>
        <w:docPartUnique/>
      </w:docPartObj>
    </w:sdtPr>
    <w:sdtEndPr>
      <w:rPr>
        <w:noProof/>
      </w:rPr>
    </w:sdtEndPr>
    <w:sdtContent>
      <w:p w14:paraId="07EFF317" w14:textId="77777777" w:rsidR="00E90518" w:rsidRDefault="00E90518" w:rsidP="00E90518">
        <w:pPr>
          <w:pStyle w:val="Header"/>
          <w:jc w:val="right"/>
        </w:pPr>
        <w:r w:rsidRPr="002E0F26">
          <w:rPr>
            <w:rFonts w:ascii="Verdana" w:hAnsi="Verdana"/>
            <w:sz w:val="18"/>
            <w:szCs w:val="18"/>
          </w:rPr>
          <w:fldChar w:fldCharType="begin"/>
        </w:r>
        <w:r w:rsidRPr="002E0F26">
          <w:rPr>
            <w:rFonts w:ascii="Verdana" w:hAnsi="Verdana"/>
            <w:sz w:val="18"/>
            <w:szCs w:val="18"/>
          </w:rPr>
          <w:instrText xml:space="preserve"> PAGE   \* MERGEFORMAT </w:instrText>
        </w:r>
        <w:r w:rsidRPr="002E0F26">
          <w:rPr>
            <w:rFonts w:ascii="Verdana" w:hAnsi="Verdana"/>
            <w:sz w:val="18"/>
            <w:szCs w:val="18"/>
          </w:rPr>
          <w:fldChar w:fldCharType="separate"/>
        </w:r>
        <w:r w:rsidRPr="002E0F26">
          <w:rPr>
            <w:rFonts w:ascii="Verdana" w:hAnsi="Verdana"/>
            <w:sz w:val="18"/>
            <w:szCs w:val="18"/>
          </w:rPr>
          <w:t>2</w:t>
        </w:r>
        <w:r w:rsidRPr="002E0F26">
          <w:rPr>
            <w:rFonts w:ascii="Verdana" w:hAnsi="Verdana"/>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D21C" w14:textId="77777777" w:rsidR="00065318" w:rsidRDefault="00065318" w:rsidP="00F05576">
    <w:pPr>
      <w:pStyle w:val="Footer"/>
      <w:pBdr>
        <w:bottom w:val="single" w:sz="6" w:space="1" w:color="auto"/>
      </w:pBdr>
      <w:rPr>
        <w:lang w:val="da-DK"/>
      </w:rPr>
    </w:pPr>
  </w:p>
  <w:p w14:paraId="52DE54BC" w14:textId="77777777" w:rsidR="00065318" w:rsidRPr="002E0F26" w:rsidRDefault="00065318" w:rsidP="00535B85">
    <w:pPr>
      <w:pStyle w:val="Footer"/>
      <w:jc w:val="center"/>
      <w:rPr>
        <w:rFonts w:ascii="Verdana" w:hAnsi="Verdana"/>
        <w:sz w:val="18"/>
        <w:szCs w:val="18"/>
        <w:lang w:val="da-DK"/>
      </w:rPr>
    </w:pPr>
    <w:r w:rsidRPr="002E0F26">
      <w:rPr>
        <w:rFonts w:ascii="Verdana" w:hAnsi="Verdana"/>
        <w:sz w:val="18"/>
        <w:szCs w:val="18"/>
        <w:lang w:val="da-DK"/>
      </w:rPr>
      <w:t>Anmodning om partnerskab © BoardPartner F.M.B.A.</w:t>
    </w:r>
  </w:p>
  <w:sdt>
    <w:sdtPr>
      <w:rPr>
        <w:rFonts w:ascii="Verdana" w:hAnsi="Verdana"/>
        <w:sz w:val="18"/>
        <w:szCs w:val="18"/>
      </w:rPr>
      <w:id w:val="29227704"/>
      <w:docPartObj>
        <w:docPartGallery w:val="Page Numbers (Top of Page)"/>
        <w:docPartUnique/>
      </w:docPartObj>
    </w:sdtPr>
    <w:sdtEndPr>
      <w:rPr>
        <w:rFonts w:asciiTheme="minorHAnsi" w:hAnsiTheme="minorHAnsi"/>
        <w:noProof/>
        <w:sz w:val="22"/>
        <w:szCs w:val="22"/>
      </w:rPr>
    </w:sdtEndPr>
    <w:sdtContent>
      <w:p w14:paraId="3665A4F6" w14:textId="77777777" w:rsidR="00E90518" w:rsidRDefault="00E90518" w:rsidP="00E90518">
        <w:pPr>
          <w:pStyle w:val="Header"/>
          <w:jc w:val="right"/>
        </w:pPr>
        <w:r>
          <w:fldChar w:fldCharType="begin"/>
        </w:r>
        <w:r>
          <w:instrText xml:space="preserve"> PAGE   \* MERGEFORMAT </w:instrText>
        </w:r>
        <w:r>
          <w:fldChar w:fldCharType="separate"/>
        </w:r>
        <w: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21B5B" w14:textId="77777777" w:rsidR="006649B6" w:rsidRDefault="006649B6">
      <w:pPr>
        <w:spacing w:after="0" w:line="240" w:lineRule="auto"/>
      </w:pPr>
      <w:r>
        <w:separator/>
      </w:r>
    </w:p>
  </w:footnote>
  <w:footnote w:type="continuationSeparator" w:id="0">
    <w:p w14:paraId="5550AD79" w14:textId="77777777" w:rsidR="006649B6" w:rsidRDefault="006649B6">
      <w:pPr>
        <w:spacing w:after="0" w:line="240" w:lineRule="auto"/>
      </w:pPr>
      <w:r>
        <w:continuationSeparator/>
      </w:r>
    </w:p>
  </w:footnote>
  <w:footnote w:type="continuationNotice" w:id="1">
    <w:p w14:paraId="2D522CB2" w14:textId="77777777" w:rsidR="006649B6" w:rsidRDefault="006649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3F34" w14:textId="77777777" w:rsidR="008B2BBB" w:rsidRDefault="008B2BBB">
    <w:pPr>
      <w:pStyle w:val="Header"/>
    </w:pPr>
    <w:r w:rsidRPr="001945A2">
      <w:rPr>
        <w:noProof/>
        <w:color w:val="000000" w:themeColor="text1"/>
      </w:rPr>
      <w:drawing>
        <wp:anchor distT="57150" distB="57150" distL="57150" distR="57150" simplePos="0" relativeHeight="251658242" behindDoc="0" locked="0" layoutInCell="1" allowOverlap="1" wp14:anchorId="4190D306" wp14:editId="6F546A63">
          <wp:simplePos x="0" y="0"/>
          <wp:positionH relativeFrom="page">
            <wp:posOffset>457200</wp:posOffset>
          </wp:positionH>
          <wp:positionV relativeFrom="page">
            <wp:posOffset>255905</wp:posOffset>
          </wp:positionV>
          <wp:extent cx="2354400" cy="324000"/>
          <wp:effectExtent l="0" t="0" r="8255" b="0"/>
          <wp:wrapSquare wrapText="bothSides" distT="57150" distB="57150" distL="57150" distR="57150"/>
          <wp:docPr id="241677692" name="Picture 241677692" descr="Billede 4"/>
          <wp:cNvGraphicFramePr/>
          <a:graphic xmlns:a="http://schemas.openxmlformats.org/drawingml/2006/main">
            <a:graphicData uri="http://schemas.openxmlformats.org/drawingml/2006/picture">
              <pic:pic xmlns:pic="http://schemas.openxmlformats.org/drawingml/2006/picture">
                <pic:nvPicPr>
                  <pic:cNvPr id="1073741825" name="Billede 4" descr="Billede 4"/>
                  <pic:cNvPicPr>
                    <a:picLocks noChangeAspect="1"/>
                  </pic:cNvPicPr>
                </pic:nvPicPr>
                <pic:blipFill>
                  <a:blip r:embed="rId1"/>
                  <a:stretch>
                    <a:fillRect/>
                  </a:stretch>
                </pic:blipFill>
                <pic:spPr>
                  <a:xfrm>
                    <a:off x="0" y="0"/>
                    <a:ext cx="2354400" cy="324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B6AC" w14:textId="77777777" w:rsidR="00451EF5" w:rsidRDefault="00451EF5">
    <w:pPr>
      <w:pStyle w:val="Header"/>
    </w:pPr>
    <w:r w:rsidRPr="001945A2">
      <w:rPr>
        <w:noProof/>
        <w:color w:val="000000" w:themeColor="text1"/>
      </w:rPr>
      <w:drawing>
        <wp:anchor distT="57150" distB="57150" distL="57150" distR="57150" simplePos="0" relativeHeight="251658240" behindDoc="0" locked="0" layoutInCell="1" allowOverlap="1" wp14:anchorId="1AE682F2" wp14:editId="3A99AAD9">
          <wp:simplePos x="0" y="0"/>
          <wp:positionH relativeFrom="page">
            <wp:posOffset>571500</wp:posOffset>
          </wp:positionH>
          <wp:positionV relativeFrom="page">
            <wp:posOffset>238125</wp:posOffset>
          </wp:positionV>
          <wp:extent cx="2352675" cy="323850"/>
          <wp:effectExtent l="0" t="0" r="0" b="0"/>
          <wp:wrapSquare wrapText="bothSides" distT="57150" distB="57150" distL="57150" distR="57150"/>
          <wp:docPr id="1406702001" name="Picture 1406702001" descr="Billede 4"/>
          <wp:cNvGraphicFramePr/>
          <a:graphic xmlns:a="http://schemas.openxmlformats.org/drawingml/2006/main">
            <a:graphicData uri="http://schemas.openxmlformats.org/drawingml/2006/picture">
              <pic:pic xmlns:pic="http://schemas.openxmlformats.org/drawingml/2006/picture">
                <pic:nvPicPr>
                  <pic:cNvPr id="1073741825" name="Billede 4" descr="Billede 4"/>
                  <pic:cNvPicPr>
                    <a:picLocks noChangeAspect="1"/>
                  </pic:cNvPicPr>
                </pic:nvPicPr>
                <pic:blipFill>
                  <a:blip r:embed="rId1"/>
                  <a:stretch>
                    <a:fillRect/>
                  </a:stretch>
                </pic:blipFill>
                <pic:spPr>
                  <a:xfrm>
                    <a:off x="0" y="0"/>
                    <a:ext cx="2352675" cy="32385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0555" w14:textId="77777777" w:rsidR="00065318" w:rsidRDefault="00451EF5">
    <w:pPr>
      <w:pStyle w:val="Header"/>
      <w:jc w:val="right"/>
    </w:pPr>
    <w:r w:rsidRPr="001945A2">
      <w:rPr>
        <w:noProof/>
        <w:color w:val="000000" w:themeColor="text1"/>
      </w:rPr>
      <w:drawing>
        <wp:anchor distT="57150" distB="57150" distL="57150" distR="57150" simplePos="0" relativeHeight="251658241" behindDoc="0" locked="0" layoutInCell="1" allowOverlap="1" wp14:anchorId="014B3D55" wp14:editId="676BFC24">
          <wp:simplePos x="0" y="0"/>
          <wp:positionH relativeFrom="page">
            <wp:posOffset>457200</wp:posOffset>
          </wp:positionH>
          <wp:positionV relativeFrom="page">
            <wp:posOffset>257175</wp:posOffset>
          </wp:positionV>
          <wp:extent cx="2354400" cy="324000"/>
          <wp:effectExtent l="0" t="0" r="8255" b="0"/>
          <wp:wrapSquare wrapText="bothSides" distT="57150" distB="57150" distL="57150" distR="57150"/>
          <wp:docPr id="1654247044" name="Picture 1654247044" descr="Billede 4"/>
          <wp:cNvGraphicFramePr/>
          <a:graphic xmlns:a="http://schemas.openxmlformats.org/drawingml/2006/main">
            <a:graphicData uri="http://schemas.openxmlformats.org/drawingml/2006/picture">
              <pic:pic xmlns:pic="http://schemas.openxmlformats.org/drawingml/2006/picture">
                <pic:nvPicPr>
                  <pic:cNvPr id="1073741825" name="Billede 4" descr="Billede 4"/>
                  <pic:cNvPicPr>
                    <a:picLocks noChangeAspect="1"/>
                  </pic:cNvPicPr>
                </pic:nvPicPr>
                <pic:blipFill>
                  <a:blip r:embed="rId1"/>
                  <a:stretch>
                    <a:fillRect/>
                  </a:stretch>
                </pic:blipFill>
                <pic:spPr>
                  <a:xfrm>
                    <a:off x="0" y="0"/>
                    <a:ext cx="2354400" cy="324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0934B19" w14:textId="77777777" w:rsidR="00065318" w:rsidRDefault="000653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0D5F0A"/>
    <w:multiLevelType w:val="hybridMultilevel"/>
    <w:tmpl w:val="0A387208"/>
    <w:lvl w:ilvl="0" w:tplc="96408E82">
      <w:start w:val="1"/>
      <w:numFmt w:val="decimal"/>
      <w:lvlText w:val="%1."/>
      <w:lvlJc w:val="left"/>
      <w:pPr>
        <w:ind w:left="720" w:hanging="360"/>
      </w:pPr>
      <w:rPr>
        <w:rFonts w:asciiTheme="minorHAnsi" w:hAnsiTheme="minorHAnsi" w:hint="default"/>
        <w:color w:val="auto"/>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10C807B6"/>
    <w:multiLevelType w:val="hybridMultilevel"/>
    <w:tmpl w:val="E9F615DE"/>
    <w:lvl w:ilvl="0" w:tplc="463E3D5A">
      <w:start w:val="1"/>
      <w:numFmt w:val="decimal"/>
      <w:pStyle w:val="Typografi2"/>
      <w:lvlText w:val="A%1"/>
      <w:lvlJc w:val="left"/>
      <w:pPr>
        <w:ind w:left="1060" w:hanging="360"/>
      </w:pPr>
      <w:rPr>
        <w:rFonts w:ascii="Calibri" w:hAnsi="Calibri" w:cs="Calibri" w:hint="default"/>
        <w:sz w:val="52"/>
      </w:rPr>
    </w:lvl>
    <w:lvl w:ilvl="1" w:tplc="04060019" w:tentative="1">
      <w:start w:val="1"/>
      <w:numFmt w:val="lowerLetter"/>
      <w:lvlText w:val="%2."/>
      <w:lvlJc w:val="left"/>
      <w:pPr>
        <w:ind w:left="1780" w:hanging="360"/>
      </w:pPr>
    </w:lvl>
    <w:lvl w:ilvl="2" w:tplc="0406001B" w:tentative="1">
      <w:start w:val="1"/>
      <w:numFmt w:val="lowerRoman"/>
      <w:lvlText w:val="%3."/>
      <w:lvlJc w:val="right"/>
      <w:pPr>
        <w:ind w:left="2500" w:hanging="180"/>
      </w:pPr>
    </w:lvl>
    <w:lvl w:ilvl="3" w:tplc="0406000F" w:tentative="1">
      <w:start w:val="1"/>
      <w:numFmt w:val="decimal"/>
      <w:lvlText w:val="%4."/>
      <w:lvlJc w:val="left"/>
      <w:pPr>
        <w:ind w:left="3220" w:hanging="360"/>
      </w:pPr>
    </w:lvl>
    <w:lvl w:ilvl="4" w:tplc="04060019" w:tentative="1">
      <w:start w:val="1"/>
      <w:numFmt w:val="lowerLetter"/>
      <w:lvlText w:val="%5."/>
      <w:lvlJc w:val="left"/>
      <w:pPr>
        <w:ind w:left="3940" w:hanging="360"/>
      </w:pPr>
    </w:lvl>
    <w:lvl w:ilvl="5" w:tplc="0406001B" w:tentative="1">
      <w:start w:val="1"/>
      <w:numFmt w:val="lowerRoman"/>
      <w:lvlText w:val="%6."/>
      <w:lvlJc w:val="right"/>
      <w:pPr>
        <w:ind w:left="4660" w:hanging="180"/>
      </w:pPr>
    </w:lvl>
    <w:lvl w:ilvl="6" w:tplc="0406000F" w:tentative="1">
      <w:start w:val="1"/>
      <w:numFmt w:val="decimal"/>
      <w:lvlText w:val="%7."/>
      <w:lvlJc w:val="left"/>
      <w:pPr>
        <w:ind w:left="5380" w:hanging="360"/>
      </w:pPr>
    </w:lvl>
    <w:lvl w:ilvl="7" w:tplc="04060019" w:tentative="1">
      <w:start w:val="1"/>
      <w:numFmt w:val="lowerLetter"/>
      <w:lvlText w:val="%8."/>
      <w:lvlJc w:val="left"/>
      <w:pPr>
        <w:ind w:left="6100" w:hanging="360"/>
      </w:pPr>
    </w:lvl>
    <w:lvl w:ilvl="8" w:tplc="0406001B" w:tentative="1">
      <w:start w:val="1"/>
      <w:numFmt w:val="lowerRoman"/>
      <w:lvlText w:val="%9."/>
      <w:lvlJc w:val="right"/>
      <w:pPr>
        <w:ind w:left="6820" w:hanging="180"/>
      </w:pPr>
    </w:lvl>
  </w:abstractNum>
  <w:abstractNum w:abstractNumId="11" w15:restartNumberingAfterBreak="0">
    <w:nsid w:val="232B66F0"/>
    <w:multiLevelType w:val="hybridMultilevel"/>
    <w:tmpl w:val="52C257B8"/>
    <w:lvl w:ilvl="0" w:tplc="2B0860A0">
      <w:start w:val="10"/>
      <w:numFmt w:val="decimal"/>
      <w:pStyle w:val="Overskriftpbaggrund2"/>
      <w:lvlText w:val="%1"/>
      <w:lvlJc w:val="left"/>
      <w:pPr>
        <w:ind w:left="700" w:hanging="360"/>
      </w:pPr>
      <w:rPr>
        <w:rFonts w:ascii="Calibri" w:hAnsi="Calibri" w:cs="Calibri" w:hint="default"/>
        <w:sz w:val="52"/>
        <w:szCs w:val="52"/>
      </w:rPr>
    </w:lvl>
    <w:lvl w:ilvl="1" w:tplc="04060019" w:tentative="1">
      <w:start w:val="1"/>
      <w:numFmt w:val="lowerLetter"/>
      <w:lvlText w:val="%2."/>
      <w:lvlJc w:val="left"/>
      <w:pPr>
        <w:ind w:left="1866" w:hanging="360"/>
      </w:pPr>
    </w:lvl>
    <w:lvl w:ilvl="2" w:tplc="0406001B" w:tentative="1">
      <w:start w:val="1"/>
      <w:numFmt w:val="lowerRoman"/>
      <w:lvlText w:val="%3."/>
      <w:lvlJc w:val="right"/>
      <w:pPr>
        <w:ind w:left="2586" w:hanging="180"/>
      </w:pPr>
    </w:lvl>
    <w:lvl w:ilvl="3" w:tplc="0406000F" w:tentative="1">
      <w:start w:val="1"/>
      <w:numFmt w:val="decimal"/>
      <w:lvlText w:val="%4."/>
      <w:lvlJc w:val="left"/>
      <w:pPr>
        <w:ind w:left="3306" w:hanging="360"/>
      </w:pPr>
    </w:lvl>
    <w:lvl w:ilvl="4" w:tplc="04060019" w:tentative="1">
      <w:start w:val="1"/>
      <w:numFmt w:val="lowerLetter"/>
      <w:lvlText w:val="%5."/>
      <w:lvlJc w:val="left"/>
      <w:pPr>
        <w:ind w:left="4026" w:hanging="360"/>
      </w:pPr>
    </w:lvl>
    <w:lvl w:ilvl="5" w:tplc="0406001B" w:tentative="1">
      <w:start w:val="1"/>
      <w:numFmt w:val="lowerRoman"/>
      <w:lvlText w:val="%6."/>
      <w:lvlJc w:val="right"/>
      <w:pPr>
        <w:ind w:left="4746" w:hanging="180"/>
      </w:pPr>
    </w:lvl>
    <w:lvl w:ilvl="6" w:tplc="0406000F" w:tentative="1">
      <w:start w:val="1"/>
      <w:numFmt w:val="decimal"/>
      <w:lvlText w:val="%7."/>
      <w:lvlJc w:val="left"/>
      <w:pPr>
        <w:ind w:left="5466" w:hanging="360"/>
      </w:pPr>
    </w:lvl>
    <w:lvl w:ilvl="7" w:tplc="04060019" w:tentative="1">
      <w:start w:val="1"/>
      <w:numFmt w:val="lowerLetter"/>
      <w:lvlText w:val="%8."/>
      <w:lvlJc w:val="left"/>
      <w:pPr>
        <w:ind w:left="6186" w:hanging="360"/>
      </w:pPr>
    </w:lvl>
    <w:lvl w:ilvl="8" w:tplc="0406001B" w:tentative="1">
      <w:start w:val="1"/>
      <w:numFmt w:val="lowerRoman"/>
      <w:lvlText w:val="%9."/>
      <w:lvlJc w:val="right"/>
      <w:pPr>
        <w:ind w:left="6906" w:hanging="180"/>
      </w:pPr>
    </w:lvl>
  </w:abstractNum>
  <w:abstractNum w:abstractNumId="12" w15:restartNumberingAfterBreak="0">
    <w:nsid w:val="323608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8F38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E201D5C"/>
    <w:multiLevelType w:val="multilevel"/>
    <w:tmpl w:val="F0860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BD7098"/>
    <w:multiLevelType w:val="hybridMultilevel"/>
    <w:tmpl w:val="FF445A50"/>
    <w:lvl w:ilvl="0" w:tplc="96408E82">
      <w:start w:val="1"/>
      <w:numFmt w:val="decimal"/>
      <w:lvlText w:val="%1."/>
      <w:lvlJc w:val="left"/>
      <w:pPr>
        <w:ind w:left="720" w:hanging="360"/>
      </w:pPr>
      <w:rPr>
        <w:rFonts w:asciiTheme="minorHAnsi" w:hAnsiTheme="minorHAnsi" w:hint="default"/>
        <w:color w:val="auto"/>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7CA5071"/>
    <w:multiLevelType w:val="multilevel"/>
    <w:tmpl w:val="92B8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472F68"/>
    <w:multiLevelType w:val="hybridMultilevel"/>
    <w:tmpl w:val="C59810D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1184EAA"/>
    <w:multiLevelType w:val="multilevel"/>
    <w:tmpl w:val="2F50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3943D7"/>
    <w:multiLevelType w:val="hybridMultilevel"/>
    <w:tmpl w:val="AD401C70"/>
    <w:lvl w:ilvl="0" w:tplc="96408E82">
      <w:start w:val="1"/>
      <w:numFmt w:val="decimal"/>
      <w:lvlText w:val="%1."/>
      <w:lvlJc w:val="left"/>
      <w:pPr>
        <w:ind w:left="720" w:hanging="360"/>
      </w:pPr>
      <w:rPr>
        <w:rFonts w:asciiTheme="minorHAnsi" w:hAnsiTheme="minorHAnsi" w:hint="default"/>
        <w:color w:val="auto"/>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523B55E0"/>
    <w:multiLevelType w:val="hybridMultilevel"/>
    <w:tmpl w:val="F5681FA2"/>
    <w:lvl w:ilvl="0" w:tplc="96408E82">
      <w:start w:val="1"/>
      <w:numFmt w:val="decimal"/>
      <w:lvlText w:val="%1."/>
      <w:lvlJc w:val="left"/>
      <w:pPr>
        <w:ind w:left="720" w:hanging="360"/>
      </w:pPr>
      <w:rPr>
        <w:rFonts w:asciiTheme="minorHAnsi" w:hAnsiTheme="minorHAnsi" w:hint="default"/>
        <w:color w:val="auto"/>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6E0C2174"/>
    <w:multiLevelType w:val="hybridMultilevel"/>
    <w:tmpl w:val="449ED6F4"/>
    <w:lvl w:ilvl="0" w:tplc="DF46FCE6">
      <w:start w:val="1"/>
      <w:numFmt w:val="decimal"/>
      <w:pStyle w:val="Overskriftboks1"/>
      <w:lvlText w:val="0%1"/>
      <w:lvlJc w:val="left"/>
      <w:pPr>
        <w:ind w:left="644" w:hanging="360"/>
      </w:pPr>
      <w:rPr>
        <w:rFonts w:ascii="Calibri" w:hAnsi="Calibri" w:cs="Calibri" w:hint="default"/>
        <w:sz w:val="52"/>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22" w15:restartNumberingAfterBreak="0">
    <w:nsid w:val="76CC3D34"/>
    <w:multiLevelType w:val="hybridMultilevel"/>
    <w:tmpl w:val="6DDADB14"/>
    <w:lvl w:ilvl="0" w:tplc="96408E82">
      <w:start w:val="1"/>
      <w:numFmt w:val="decimal"/>
      <w:lvlText w:val="%1."/>
      <w:lvlJc w:val="left"/>
      <w:pPr>
        <w:ind w:left="720" w:hanging="360"/>
      </w:pPr>
      <w:rPr>
        <w:rFonts w:asciiTheme="minorHAnsi" w:hAnsiTheme="minorHAnsi" w:hint="default"/>
        <w:color w:val="auto"/>
        <w:sz w:val="28"/>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78369563">
    <w:abstractNumId w:val="8"/>
  </w:num>
  <w:num w:numId="2" w16cid:durableId="1490445329">
    <w:abstractNumId w:val="6"/>
  </w:num>
  <w:num w:numId="3" w16cid:durableId="1112552546">
    <w:abstractNumId w:val="5"/>
  </w:num>
  <w:num w:numId="4" w16cid:durableId="1412388231">
    <w:abstractNumId w:val="4"/>
  </w:num>
  <w:num w:numId="5" w16cid:durableId="1567761869">
    <w:abstractNumId w:val="7"/>
  </w:num>
  <w:num w:numId="6" w16cid:durableId="111361669">
    <w:abstractNumId w:val="3"/>
  </w:num>
  <w:num w:numId="7" w16cid:durableId="441531263">
    <w:abstractNumId w:val="2"/>
  </w:num>
  <w:num w:numId="8" w16cid:durableId="1830560090">
    <w:abstractNumId w:val="1"/>
  </w:num>
  <w:num w:numId="9" w16cid:durableId="1980652262">
    <w:abstractNumId w:val="0"/>
  </w:num>
  <w:num w:numId="10" w16cid:durableId="1274555381">
    <w:abstractNumId w:val="16"/>
  </w:num>
  <w:num w:numId="11" w16cid:durableId="398554686">
    <w:abstractNumId w:val="18"/>
  </w:num>
  <w:num w:numId="12" w16cid:durableId="2056275679">
    <w:abstractNumId w:val="21"/>
  </w:num>
  <w:num w:numId="13" w16cid:durableId="1909418789">
    <w:abstractNumId w:val="10"/>
  </w:num>
  <w:num w:numId="14" w16cid:durableId="514343722">
    <w:abstractNumId w:val="11"/>
  </w:num>
  <w:num w:numId="15" w16cid:durableId="197476502">
    <w:abstractNumId w:val="22"/>
  </w:num>
  <w:num w:numId="16" w16cid:durableId="242227378">
    <w:abstractNumId w:val="19"/>
  </w:num>
  <w:num w:numId="17" w16cid:durableId="1485127719">
    <w:abstractNumId w:val="9"/>
  </w:num>
  <w:num w:numId="18" w16cid:durableId="2137798825">
    <w:abstractNumId w:val="15"/>
  </w:num>
  <w:num w:numId="19" w16cid:durableId="808861180">
    <w:abstractNumId w:val="20"/>
  </w:num>
  <w:num w:numId="20" w16cid:durableId="714429199">
    <w:abstractNumId w:val="12"/>
  </w:num>
  <w:num w:numId="21" w16cid:durableId="373309001">
    <w:abstractNumId w:val="13"/>
  </w:num>
  <w:num w:numId="22" w16cid:durableId="2130511782">
    <w:abstractNumId w:val="17"/>
  </w:num>
  <w:num w:numId="23" w16cid:durableId="2752173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0B6"/>
    <w:rsid w:val="00034616"/>
    <w:rsid w:val="00036B03"/>
    <w:rsid w:val="0003792F"/>
    <w:rsid w:val="00045AD3"/>
    <w:rsid w:val="0006063C"/>
    <w:rsid w:val="00065318"/>
    <w:rsid w:val="000E4602"/>
    <w:rsid w:val="000F4430"/>
    <w:rsid w:val="00102E85"/>
    <w:rsid w:val="00111D44"/>
    <w:rsid w:val="0012117D"/>
    <w:rsid w:val="001411B1"/>
    <w:rsid w:val="0015074B"/>
    <w:rsid w:val="0017430C"/>
    <w:rsid w:val="001815A5"/>
    <w:rsid w:val="001A1324"/>
    <w:rsid w:val="001A2272"/>
    <w:rsid w:val="001C514B"/>
    <w:rsid w:val="00207B4A"/>
    <w:rsid w:val="0021485E"/>
    <w:rsid w:val="002373A5"/>
    <w:rsid w:val="00264999"/>
    <w:rsid w:val="0029639D"/>
    <w:rsid w:val="002D6346"/>
    <w:rsid w:val="002E0F26"/>
    <w:rsid w:val="00326F90"/>
    <w:rsid w:val="003E6C17"/>
    <w:rsid w:val="00403024"/>
    <w:rsid w:val="00405107"/>
    <w:rsid w:val="0041785D"/>
    <w:rsid w:val="00451EF5"/>
    <w:rsid w:val="00470A4B"/>
    <w:rsid w:val="004A0F82"/>
    <w:rsid w:val="004D3056"/>
    <w:rsid w:val="004E2893"/>
    <w:rsid w:val="00506924"/>
    <w:rsid w:val="00527267"/>
    <w:rsid w:val="00547AE1"/>
    <w:rsid w:val="005567AA"/>
    <w:rsid w:val="00597980"/>
    <w:rsid w:val="005A11A0"/>
    <w:rsid w:val="00604953"/>
    <w:rsid w:val="006534A1"/>
    <w:rsid w:val="006649B6"/>
    <w:rsid w:val="006B1719"/>
    <w:rsid w:val="00746D06"/>
    <w:rsid w:val="00752639"/>
    <w:rsid w:val="00755A49"/>
    <w:rsid w:val="00790C0E"/>
    <w:rsid w:val="00792822"/>
    <w:rsid w:val="00821CF7"/>
    <w:rsid w:val="0089669F"/>
    <w:rsid w:val="008B2BBB"/>
    <w:rsid w:val="008D40CA"/>
    <w:rsid w:val="00904203"/>
    <w:rsid w:val="00961590"/>
    <w:rsid w:val="009838DE"/>
    <w:rsid w:val="00992548"/>
    <w:rsid w:val="00997B02"/>
    <w:rsid w:val="00A013EC"/>
    <w:rsid w:val="00A20B54"/>
    <w:rsid w:val="00AA1D8D"/>
    <w:rsid w:val="00AB3E40"/>
    <w:rsid w:val="00AE029A"/>
    <w:rsid w:val="00B02E60"/>
    <w:rsid w:val="00B15363"/>
    <w:rsid w:val="00B20497"/>
    <w:rsid w:val="00B21250"/>
    <w:rsid w:val="00B47730"/>
    <w:rsid w:val="00B51751"/>
    <w:rsid w:val="00B93ADA"/>
    <w:rsid w:val="00C0732E"/>
    <w:rsid w:val="00C12190"/>
    <w:rsid w:val="00C261B1"/>
    <w:rsid w:val="00C53F9D"/>
    <w:rsid w:val="00C6038F"/>
    <w:rsid w:val="00C73271"/>
    <w:rsid w:val="00CB0664"/>
    <w:rsid w:val="00DD6D53"/>
    <w:rsid w:val="00DE049D"/>
    <w:rsid w:val="00E31887"/>
    <w:rsid w:val="00E75C06"/>
    <w:rsid w:val="00E90518"/>
    <w:rsid w:val="00E906C8"/>
    <w:rsid w:val="00F20555"/>
    <w:rsid w:val="00F60DB8"/>
    <w:rsid w:val="00F84AE6"/>
    <w:rsid w:val="00FB78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EA79E3"/>
  <w14:defaultImageDpi w14:val="300"/>
  <w15:docId w15:val="{98286401-DA87-4D29-9B09-826A9AAA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02E85"/>
    <w:rPr>
      <w:color w:val="0000FF" w:themeColor="hyperlink"/>
      <w:u w:val="single"/>
    </w:rPr>
  </w:style>
  <w:style w:type="character" w:styleId="UnresolvedMention">
    <w:name w:val="Unresolved Mention"/>
    <w:basedOn w:val="DefaultParagraphFont"/>
    <w:uiPriority w:val="99"/>
    <w:semiHidden/>
    <w:unhideWhenUsed/>
    <w:rsid w:val="00102E85"/>
    <w:rPr>
      <w:color w:val="605E5C"/>
      <w:shd w:val="clear" w:color="auto" w:fill="E1DFDD"/>
    </w:rPr>
  </w:style>
  <w:style w:type="character" w:customStyle="1" w:styleId="link">
    <w:name w:val="link"/>
    <w:basedOn w:val="DefaultParagraphFont"/>
    <w:rsid w:val="00102E85"/>
  </w:style>
  <w:style w:type="paragraph" w:styleId="TOC2">
    <w:name w:val="toc 2"/>
    <w:basedOn w:val="Normal"/>
    <w:next w:val="Normal"/>
    <w:autoRedefine/>
    <w:uiPriority w:val="39"/>
    <w:unhideWhenUsed/>
    <w:rsid w:val="00102E85"/>
    <w:pPr>
      <w:spacing w:after="100" w:line="259" w:lineRule="auto"/>
      <w:ind w:left="220"/>
    </w:pPr>
    <w:rPr>
      <w:rFonts w:cs="Times New Roman"/>
      <w:lang w:val="da-DK" w:eastAsia="da-DK"/>
    </w:rPr>
  </w:style>
  <w:style w:type="paragraph" w:styleId="TOC1">
    <w:name w:val="toc 1"/>
    <w:basedOn w:val="Normal"/>
    <w:next w:val="Normal"/>
    <w:autoRedefine/>
    <w:uiPriority w:val="39"/>
    <w:unhideWhenUsed/>
    <w:rsid w:val="00102E85"/>
    <w:pPr>
      <w:spacing w:after="100" w:line="259" w:lineRule="auto"/>
    </w:pPr>
    <w:rPr>
      <w:rFonts w:cs="Times New Roman"/>
      <w:lang w:val="da-DK" w:eastAsia="da-DK"/>
    </w:rPr>
  </w:style>
  <w:style w:type="paragraph" w:styleId="TOC3">
    <w:name w:val="toc 3"/>
    <w:basedOn w:val="Normal"/>
    <w:next w:val="Normal"/>
    <w:autoRedefine/>
    <w:uiPriority w:val="39"/>
    <w:unhideWhenUsed/>
    <w:rsid w:val="00102E85"/>
    <w:pPr>
      <w:spacing w:after="100" w:line="259" w:lineRule="auto"/>
      <w:ind w:left="440"/>
    </w:pPr>
    <w:rPr>
      <w:rFonts w:cs="Times New Roman"/>
      <w:lang w:val="da-DK" w:eastAsia="da-DK"/>
    </w:rPr>
  </w:style>
  <w:style w:type="character" w:customStyle="1" w:styleId="NoSpacingChar">
    <w:name w:val="No Spacing Char"/>
    <w:basedOn w:val="DefaultParagraphFont"/>
    <w:link w:val="NoSpacing"/>
    <w:uiPriority w:val="1"/>
    <w:rsid w:val="00102E85"/>
  </w:style>
  <w:style w:type="paragraph" w:styleId="NormalWeb">
    <w:name w:val="Normal (Web)"/>
    <w:basedOn w:val="Normal"/>
    <w:uiPriority w:val="99"/>
    <w:unhideWhenUsed/>
    <w:rsid w:val="00102E85"/>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styleId="HTMLCode">
    <w:name w:val="HTML Code"/>
    <w:basedOn w:val="DefaultParagraphFont"/>
    <w:uiPriority w:val="99"/>
    <w:semiHidden/>
    <w:unhideWhenUsed/>
    <w:rsid w:val="00102E85"/>
    <w:rPr>
      <w:rFonts w:ascii="Courier New" w:eastAsia="Times New Roman" w:hAnsi="Courier New" w:cs="Courier New"/>
      <w:sz w:val="20"/>
      <w:szCs w:val="20"/>
    </w:rPr>
  </w:style>
  <w:style w:type="character" w:customStyle="1" w:styleId="apple-converted-space">
    <w:name w:val="apple-converted-space"/>
    <w:basedOn w:val="DefaultParagraphFont"/>
    <w:rsid w:val="00102E85"/>
  </w:style>
  <w:style w:type="paragraph" w:styleId="BalloonText">
    <w:name w:val="Balloon Text"/>
    <w:basedOn w:val="Normal"/>
    <w:link w:val="BalloonTextChar"/>
    <w:uiPriority w:val="99"/>
    <w:semiHidden/>
    <w:unhideWhenUsed/>
    <w:rsid w:val="00102E85"/>
    <w:pPr>
      <w:spacing w:after="0" w:line="240" w:lineRule="auto"/>
    </w:pPr>
    <w:rPr>
      <w:rFonts w:ascii="Segoe UI" w:hAnsi="Segoe UI" w:cs="Segoe UI"/>
      <w:sz w:val="18"/>
      <w:szCs w:val="18"/>
      <w:lang w:eastAsia="ja-JP"/>
    </w:rPr>
  </w:style>
  <w:style w:type="character" w:customStyle="1" w:styleId="BalloonTextChar">
    <w:name w:val="Balloon Text Char"/>
    <w:basedOn w:val="DefaultParagraphFont"/>
    <w:link w:val="BalloonText"/>
    <w:uiPriority w:val="99"/>
    <w:semiHidden/>
    <w:rsid w:val="00102E85"/>
    <w:rPr>
      <w:rFonts w:ascii="Segoe UI" w:hAnsi="Segoe UI" w:cs="Segoe UI"/>
      <w:sz w:val="18"/>
      <w:szCs w:val="18"/>
      <w:lang w:eastAsia="ja-JP"/>
    </w:rPr>
  </w:style>
  <w:style w:type="paragraph" w:customStyle="1" w:styleId="Overskriftpbaggrund2">
    <w:name w:val="Overskrift på baggrund 2"/>
    <w:basedOn w:val="Heading1"/>
    <w:link w:val="Overskriftpbaggrund2Tegn"/>
    <w:qFormat/>
    <w:rsid w:val="00102E85"/>
    <w:pPr>
      <w:framePr w:wrap="around" w:vAnchor="text" w:hAnchor="text" w:y="1"/>
      <w:numPr>
        <w:numId w:val="14"/>
      </w:numPr>
      <w:spacing w:before="360" w:after="160" w:line="259" w:lineRule="auto"/>
      <w:ind w:left="340" w:firstLine="0"/>
    </w:pPr>
    <w:rPr>
      <w:smallCaps/>
      <w:color w:val="FFFFFF" w:themeColor="background1"/>
      <w:sz w:val="32"/>
      <w:szCs w:val="52"/>
      <w:lang w:val="da-DK" w:eastAsia="ja-JP"/>
    </w:rPr>
  </w:style>
  <w:style w:type="paragraph" w:customStyle="1" w:styleId="Overskriftboks1">
    <w:name w:val="Overskrift boks 1"/>
    <w:basedOn w:val="Overskriftpbaggrund2"/>
    <w:link w:val="Overskriftboks1Tegn"/>
    <w:qFormat/>
    <w:rsid w:val="00102E85"/>
    <w:pPr>
      <w:framePr w:w="3062" w:h="2965" w:hRule="exact" w:wrap="around" w:yAlign="bottom"/>
      <w:numPr>
        <w:numId w:val="12"/>
      </w:numPr>
      <w:ind w:left="340" w:firstLine="0"/>
    </w:pPr>
    <w:rPr>
      <w:rFonts w:ascii="Calibri Light" w:hAnsi="Calibri Light"/>
    </w:rPr>
  </w:style>
  <w:style w:type="character" w:customStyle="1" w:styleId="Overskriftpbaggrund2Tegn">
    <w:name w:val="Overskrift på baggrund 2 Tegn"/>
    <w:basedOn w:val="Heading1Char"/>
    <w:link w:val="Overskriftpbaggrund2"/>
    <w:rsid w:val="00102E85"/>
    <w:rPr>
      <w:rFonts w:asciiTheme="majorHAnsi" w:eastAsiaTheme="majorEastAsia" w:hAnsiTheme="majorHAnsi" w:cstheme="majorBidi"/>
      <w:b/>
      <w:bCs/>
      <w:smallCaps/>
      <w:color w:val="FFFFFF" w:themeColor="background1"/>
      <w:sz w:val="32"/>
      <w:szCs w:val="52"/>
      <w:lang w:val="da-DK" w:eastAsia="ja-JP"/>
    </w:rPr>
  </w:style>
  <w:style w:type="character" w:customStyle="1" w:styleId="Overskriftboks1Tegn">
    <w:name w:val="Overskrift boks 1 Tegn"/>
    <w:basedOn w:val="Overskriftpbaggrund2Tegn"/>
    <w:link w:val="Overskriftboks1"/>
    <w:rsid w:val="00102E85"/>
    <w:rPr>
      <w:rFonts w:ascii="Calibri Light" w:eastAsiaTheme="majorEastAsia" w:hAnsi="Calibri Light" w:cstheme="majorBidi"/>
      <w:b/>
      <w:bCs/>
      <w:smallCaps/>
      <w:color w:val="FFFFFF" w:themeColor="background1"/>
      <w:sz w:val="32"/>
      <w:szCs w:val="52"/>
      <w:lang w:val="da-DK" w:eastAsia="ja-JP"/>
    </w:rPr>
  </w:style>
  <w:style w:type="character" w:styleId="CommentReference">
    <w:name w:val="annotation reference"/>
    <w:basedOn w:val="DefaultParagraphFont"/>
    <w:uiPriority w:val="99"/>
    <w:semiHidden/>
    <w:unhideWhenUsed/>
    <w:rsid w:val="00102E85"/>
    <w:rPr>
      <w:sz w:val="16"/>
      <w:szCs w:val="16"/>
    </w:rPr>
  </w:style>
  <w:style w:type="paragraph" w:styleId="CommentText">
    <w:name w:val="annotation text"/>
    <w:basedOn w:val="Normal"/>
    <w:link w:val="CommentTextChar"/>
    <w:uiPriority w:val="99"/>
    <w:semiHidden/>
    <w:unhideWhenUsed/>
    <w:rsid w:val="00102E85"/>
    <w:pPr>
      <w:spacing w:after="160" w:line="240" w:lineRule="auto"/>
    </w:pPr>
    <w:rPr>
      <w:sz w:val="20"/>
      <w:szCs w:val="20"/>
      <w:lang w:eastAsia="ja-JP"/>
    </w:rPr>
  </w:style>
  <w:style w:type="character" w:customStyle="1" w:styleId="CommentTextChar">
    <w:name w:val="Comment Text Char"/>
    <w:basedOn w:val="DefaultParagraphFont"/>
    <w:link w:val="CommentText"/>
    <w:uiPriority w:val="99"/>
    <w:semiHidden/>
    <w:rsid w:val="00102E85"/>
    <w:rPr>
      <w:sz w:val="20"/>
      <w:szCs w:val="20"/>
      <w:lang w:eastAsia="ja-JP"/>
    </w:rPr>
  </w:style>
  <w:style w:type="paragraph" w:styleId="CommentSubject">
    <w:name w:val="annotation subject"/>
    <w:basedOn w:val="CommentText"/>
    <w:next w:val="CommentText"/>
    <w:link w:val="CommentSubjectChar"/>
    <w:uiPriority w:val="99"/>
    <w:semiHidden/>
    <w:unhideWhenUsed/>
    <w:rsid w:val="00102E85"/>
    <w:rPr>
      <w:b/>
      <w:bCs/>
    </w:rPr>
  </w:style>
  <w:style w:type="character" w:customStyle="1" w:styleId="CommentSubjectChar">
    <w:name w:val="Comment Subject Char"/>
    <w:basedOn w:val="CommentTextChar"/>
    <w:link w:val="CommentSubject"/>
    <w:uiPriority w:val="99"/>
    <w:semiHidden/>
    <w:rsid w:val="00102E85"/>
    <w:rPr>
      <w:b/>
      <w:bCs/>
      <w:sz w:val="20"/>
      <w:szCs w:val="20"/>
      <w:lang w:eastAsia="ja-JP"/>
    </w:rPr>
  </w:style>
  <w:style w:type="paragraph" w:customStyle="1" w:styleId="Typografi2">
    <w:name w:val="Typografi2"/>
    <w:basedOn w:val="Overskriftboks1"/>
    <w:link w:val="Typografi2Tegn"/>
    <w:qFormat/>
    <w:rsid w:val="00102E85"/>
    <w:pPr>
      <w:framePr w:wrap="around" w:vAnchor="margin" w:hAnchor="page" w:x="1489" w:y="80"/>
      <w:numPr>
        <w:numId w:val="13"/>
      </w:numPr>
    </w:pPr>
    <w:rPr>
      <w:color w:val="000000" w:themeColor="text1"/>
    </w:rPr>
  </w:style>
  <w:style w:type="character" w:customStyle="1" w:styleId="Typografi2Tegn">
    <w:name w:val="Typografi2 Tegn"/>
    <w:basedOn w:val="Overskriftboks1Tegn"/>
    <w:link w:val="Typografi2"/>
    <w:rsid w:val="00102E85"/>
    <w:rPr>
      <w:rFonts w:ascii="Calibri Light" w:eastAsiaTheme="majorEastAsia" w:hAnsi="Calibri Light" w:cstheme="majorBidi"/>
      <w:b/>
      <w:bCs/>
      <w:smallCaps/>
      <w:color w:val="000000" w:themeColor="text1"/>
      <w:sz w:val="32"/>
      <w:szCs w:val="52"/>
      <w:lang w:val="da-DK" w:eastAsia="ja-JP"/>
    </w:rPr>
  </w:style>
  <w:style w:type="table" w:customStyle="1" w:styleId="Tabel-Gitter1">
    <w:name w:val="Tabel - Gitter1"/>
    <w:basedOn w:val="TableNormal"/>
    <w:next w:val="TableGrid"/>
    <w:uiPriority w:val="59"/>
    <w:rsid w:val="00102E85"/>
    <w:pPr>
      <w:spacing w:after="0" w:line="240" w:lineRule="auto"/>
    </w:pPr>
    <w:rPr>
      <w:rFonts w:eastAsia="Calibri"/>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2">
    <w:name w:val="Tabel - Gitter2"/>
    <w:basedOn w:val="TableNormal"/>
    <w:next w:val="TableGrid"/>
    <w:uiPriority w:val="59"/>
    <w:rsid w:val="00102E85"/>
    <w:pPr>
      <w:spacing w:after="0" w:line="240" w:lineRule="auto"/>
    </w:pPr>
    <w:rPr>
      <w:rFonts w:eastAsia="Calibri"/>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3">
    <w:name w:val="Tabel - Gitter3"/>
    <w:basedOn w:val="TableNormal"/>
    <w:next w:val="TableGrid"/>
    <w:uiPriority w:val="59"/>
    <w:rsid w:val="00102E85"/>
    <w:pPr>
      <w:spacing w:after="0" w:line="240" w:lineRule="auto"/>
    </w:pPr>
    <w:rPr>
      <w:rFonts w:eastAsia="Calibri"/>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02E85"/>
    <w:rPr>
      <w:color w:val="808080"/>
    </w:rPr>
  </w:style>
  <w:style w:type="paragraph" w:styleId="Revision">
    <w:name w:val="Revision"/>
    <w:hidden/>
    <w:uiPriority w:val="99"/>
    <w:semiHidden/>
    <w:rsid w:val="00102E85"/>
    <w:pPr>
      <w:spacing w:after="0" w:line="240" w:lineRule="auto"/>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885260">
      <w:bodyDiv w:val="1"/>
      <w:marLeft w:val="0"/>
      <w:marRight w:val="0"/>
      <w:marTop w:val="0"/>
      <w:marBottom w:val="0"/>
      <w:divBdr>
        <w:top w:val="none" w:sz="0" w:space="0" w:color="auto"/>
        <w:left w:val="none" w:sz="0" w:space="0" w:color="auto"/>
        <w:bottom w:val="none" w:sz="0" w:space="0" w:color="auto"/>
        <w:right w:val="none" w:sz="0" w:space="0" w:color="auto"/>
      </w:divBdr>
      <w:divsChild>
        <w:div w:id="720439902">
          <w:blockQuote w:val="1"/>
          <w:marLeft w:val="720"/>
          <w:marRight w:val="720"/>
          <w:marTop w:val="100"/>
          <w:marBottom w:val="100"/>
          <w:divBdr>
            <w:top w:val="none" w:sz="0" w:space="0" w:color="auto"/>
            <w:left w:val="none" w:sz="0" w:space="0" w:color="auto"/>
            <w:bottom w:val="none" w:sz="0" w:space="0" w:color="auto"/>
            <w:right w:val="none" w:sz="0" w:space="0" w:color="auto"/>
          </w:divBdr>
        </w:div>
        <w:div w:id="833028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8852351">
      <w:bodyDiv w:val="1"/>
      <w:marLeft w:val="0"/>
      <w:marRight w:val="0"/>
      <w:marTop w:val="0"/>
      <w:marBottom w:val="0"/>
      <w:divBdr>
        <w:top w:val="none" w:sz="0" w:space="0" w:color="auto"/>
        <w:left w:val="none" w:sz="0" w:space="0" w:color="auto"/>
        <w:bottom w:val="none" w:sz="0" w:space="0" w:color="auto"/>
        <w:right w:val="none" w:sz="0" w:space="0" w:color="auto"/>
      </w:divBdr>
      <w:divsChild>
        <w:div w:id="2838518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219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b@trautner.lif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2280</Words>
  <Characters>13909</Characters>
  <Application>Microsoft Office Word</Application>
  <DocSecurity>0</DocSecurity>
  <Lines>115</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16157</CharactersWithSpaces>
  <SharedDoc>false</SharedDoc>
  <HyperlinkBase/>
  <HLinks>
    <vt:vector size="6" baseType="variant">
      <vt:variant>
        <vt:i4>5636203</vt:i4>
      </vt:variant>
      <vt:variant>
        <vt:i4>0</vt:i4>
      </vt:variant>
      <vt:variant>
        <vt:i4>0</vt:i4>
      </vt:variant>
      <vt:variant>
        <vt:i4>5</vt:i4>
      </vt:variant>
      <vt:variant>
        <vt:lpwstr>mailto:eb@trautner.life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Andreas Froland</cp:lastModifiedBy>
  <cp:revision>2</cp:revision>
  <cp:lastPrinted>2025-02-25T09:38:00Z</cp:lastPrinted>
  <dcterms:created xsi:type="dcterms:W3CDTF">2026-10-20T08:58:00Z</dcterms:created>
  <dcterms:modified xsi:type="dcterms:W3CDTF">2026-10-20T08:58:00Z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f1c4b4ef77232459584922ccfb2b58bb42be2aac1bbef8bcb3993aa19472b318</vt:lpwstr>
  </property>
</Properties>
</file>